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9054C" w14:textId="77777777" w:rsidR="00EB62F7" w:rsidRPr="002067AA" w:rsidRDefault="00000000">
      <w:pPr>
        <w:pStyle w:val="1"/>
        <w:rPr>
          <w:lang w:val="de-DE"/>
        </w:rPr>
      </w:pPr>
      <w:r w:rsidRPr="002067AA">
        <w:rPr>
          <w:lang w:val="de-DE"/>
        </w:rPr>
        <w:t>Arbeitsblatt 2 (Erweitert) – Protest damals und heute</w:t>
      </w:r>
    </w:p>
    <w:p w14:paraId="4AECFE90" w14:textId="77777777" w:rsidR="00EB62F7" w:rsidRPr="002067AA" w:rsidRDefault="00000000">
      <w:pPr>
        <w:rPr>
          <w:lang w:val="de-DE"/>
        </w:rPr>
      </w:pPr>
      <w:r w:rsidRPr="002067AA">
        <w:rPr>
          <w:lang w:val="de-DE"/>
        </w:rPr>
        <w:t>Name: ______________________   Klasse: ________   Datum: ____________</w:t>
      </w:r>
    </w:p>
    <w:p w14:paraId="00EEBEDF" w14:textId="77777777" w:rsidR="00EB62F7" w:rsidRPr="002067AA" w:rsidRDefault="00000000">
      <w:pPr>
        <w:pStyle w:val="21"/>
        <w:rPr>
          <w:lang w:val="de-DE"/>
        </w:rPr>
      </w:pPr>
      <w:r w:rsidRPr="002067AA">
        <w:rPr>
          <w:lang w:val="de-DE"/>
        </w:rPr>
        <w:t>A) Wiederholung – Protest damals</w:t>
      </w:r>
    </w:p>
    <w:p w14:paraId="621D1B58" w14:textId="77777777" w:rsidR="00EB62F7" w:rsidRPr="002067AA" w:rsidRDefault="00000000">
      <w:pPr>
        <w:rPr>
          <w:lang w:val="de-DE"/>
        </w:rPr>
      </w:pPr>
      <w:r w:rsidRPr="002067AA">
        <w:rPr>
          <w:lang w:val="de-DE"/>
        </w:rPr>
        <w:t>1. Erkläre mit eigenen Worten: Was bedeutet „Zensur“? Warum war sie für die Fürsten wichtig?</w:t>
      </w:r>
    </w:p>
    <w:p w14:paraId="11AEF0DD" w14:textId="77777777" w:rsidR="00EB62F7" w:rsidRPr="002067AA" w:rsidRDefault="00000000">
      <w:pPr>
        <w:rPr>
          <w:lang w:val="de-DE"/>
        </w:rPr>
      </w:pPr>
      <w:r w:rsidRPr="002067AA">
        <w:rPr>
          <w:lang w:val="de-DE"/>
        </w:rPr>
        <w:t>2. Nenne zwei Forderungen der Menschen beim Hambacher Fest.</w:t>
      </w:r>
    </w:p>
    <w:p w14:paraId="6BAB2E13" w14:textId="4C4507D8" w:rsidR="002067AA" w:rsidRDefault="002067AA" w:rsidP="002067AA">
      <w:pPr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</w:t>
      </w:r>
    </w:p>
    <w:p w14:paraId="29924699" w14:textId="57BCCB89" w:rsidR="002067AA" w:rsidRPr="002067AA" w:rsidRDefault="002067AA">
      <w:pPr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</w:t>
      </w:r>
    </w:p>
    <w:p w14:paraId="7F5B10D1" w14:textId="77777777" w:rsidR="00EB62F7" w:rsidRDefault="00000000">
      <w:pPr>
        <w:rPr>
          <w:lang w:val="de-DE"/>
        </w:rPr>
      </w:pPr>
      <w:r w:rsidRPr="002067AA">
        <w:rPr>
          <w:lang w:val="de-DE"/>
        </w:rPr>
        <w:t>3. Vergleiche: Welche Farben hatten die Fahnen beim Hambacher Fest? Was bedeuten diese Farben heute in Deutschland?</w:t>
      </w:r>
    </w:p>
    <w:p w14:paraId="2FCC5488" w14:textId="77777777" w:rsidR="002067AA" w:rsidRDefault="002067AA" w:rsidP="002067AA">
      <w:pPr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</w:t>
      </w:r>
    </w:p>
    <w:p w14:paraId="4CD3B445" w14:textId="77777777" w:rsidR="002067AA" w:rsidRDefault="002067AA" w:rsidP="002067AA">
      <w:pPr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</w:t>
      </w:r>
    </w:p>
    <w:p w14:paraId="24717619" w14:textId="77777777" w:rsidR="002067AA" w:rsidRPr="002067AA" w:rsidRDefault="002067AA">
      <w:pPr>
        <w:rPr>
          <w:lang w:val="de-DE"/>
        </w:rPr>
      </w:pPr>
    </w:p>
    <w:p w14:paraId="63A12D84" w14:textId="77777777" w:rsidR="00EB62F7" w:rsidRPr="002067AA" w:rsidRDefault="00000000">
      <w:pPr>
        <w:pStyle w:val="21"/>
        <w:rPr>
          <w:lang w:val="de-DE"/>
        </w:rPr>
      </w:pPr>
      <w:r w:rsidRPr="002067AA">
        <w:rPr>
          <w:lang w:val="de-DE"/>
        </w:rPr>
        <w:t>B) Protest heute – Vergleiche</w:t>
      </w:r>
    </w:p>
    <w:p w14:paraId="395C0A14" w14:textId="77777777" w:rsidR="00EB62F7" w:rsidRDefault="00000000">
      <w:pPr>
        <w:rPr>
          <w:lang w:val="de-DE"/>
        </w:rPr>
      </w:pPr>
      <w:r w:rsidRPr="002067AA">
        <w:rPr>
          <w:lang w:val="de-DE"/>
        </w:rPr>
        <w:t>4. Denke an eine aktuelle Protestaktion (z. B. Klimaschutz, Krieg, Rassismus). Beschreibe kurz, worum es dabei geht.</w:t>
      </w:r>
    </w:p>
    <w:p w14:paraId="357BBA23" w14:textId="77777777" w:rsidR="002067AA" w:rsidRDefault="002067AA" w:rsidP="002067AA">
      <w:pPr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</w:t>
      </w:r>
    </w:p>
    <w:p w14:paraId="4BFC9F65" w14:textId="1FA7B08D" w:rsidR="002067AA" w:rsidRPr="002067AA" w:rsidRDefault="002067AA">
      <w:pPr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</w:t>
      </w:r>
    </w:p>
    <w:p w14:paraId="1AFB750A" w14:textId="77777777" w:rsidR="00EB62F7" w:rsidRDefault="00000000">
      <w:pPr>
        <w:rPr>
          <w:lang w:val="de-DE"/>
        </w:rPr>
      </w:pPr>
      <w:r w:rsidRPr="002067AA">
        <w:rPr>
          <w:lang w:val="de-DE"/>
        </w:rPr>
        <w:t>5. Vergleiche in einer Tabelle: Wie protestieren Menschen heute? Wie protestierten sie im 19. Jahrhundert? (Schreibe mindestens drei Gemeinsamkeiten und drei Unterschiede.)</w:t>
      </w: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4324"/>
        <w:gridCol w:w="4306"/>
      </w:tblGrid>
      <w:tr w:rsidR="002067AA" w14:paraId="2EA05783" w14:textId="77777777" w:rsidTr="002067AA">
        <w:tc>
          <w:tcPr>
            <w:tcW w:w="4428" w:type="dxa"/>
          </w:tcPr>
          <w:p w14:paraId="34593168" w14:textId="08E66C75" w:rsidR="002067AA" w:rsidRDefault="002067AA">
            <w:pPr>
              <w:rPr>
                <w:lang w:val="de-DE"/>
              </w:rPr>
            </w:pPr>
            <w:r w:rsidRPr="002067AA">
              <w:rPr>
                <w:lang w:val="de-DE"/>
              </w:rPr>
              <w:t>Gemeinsamkeiten</w:t>
            </w:r>
          </w:p>
        </w:tc>
        <w:tc>
          <w:tcPr>
            <w:tcW w:w="4428" w:type="dxa"/>
          </w:tcPr>
          <w:p w14:paraId="5CC93919" w14:textId="68EFC7D8" w:rsidR="002067AA" w:rsidRDefault="002067AA">
            <w:pPr>
              <w:rPr>
                <w:lang w:val="de-DE"/>
              </w:rPr>
            </w:pPr>
            <w:r w:rsidRPr="002067AA">
              <w:rPr>
                <w:lang w:val="de-DE"/>
              </w:rPr>
              <w:t>Unterschiede</w:t>
            </w:r>
          </w:p>
        </w:tc>
      </w:tr>
      <w:tr w:rsidR="002067AA" w14:paraId="6BDB3B29" w14:textId="77777777" w:rsidTr="002067AA">
        <w:tc>
          <w:tcPr>
            <w:tcW w:w="4428" w:type="dxa"/>
          </w:tcPr>
          <w:p w14:paraId="584A17DA" w14:textId="77777777" w:rsidR="002067AA" w:rsidRDefault="002067AA">
            <w:pPr>
              <w:rPr>
                <w:lang w:val="de-DE"/>
              </w:rPr>
            </w:pPr>
          </w:p>
        </w:tc>
        <w:tc>
          <w:tcPr>
            <w:tcW w:w="4428" w:type="dxa"/>
          </w:tcPr>
          <w:p w14:paraId="2D81E92D" w14:textId="77777777" w:rsidR="002067AA" w:rsidRDefault="002067AA">
            <w:pPr>
              <w:rPr>
                <w:lang w:val="de-DE"/>
              </w:rPr>
            </w:pPr>
          </w:p>
        </w:tc>
      </w:tr>
      <w:tr w:rsidR="002067AA" w14:paraId="0EC957F0" w14:textId="77777777" w:rsidTr="002067AA">
        <w:tc>
          <w:tcPr>
            <w:tcW w:w="4428" w:type="dxa"/>
          </w:tcPr>
          <w:p w14:paraId="54798F9A" w14:textId="77777777" w:rsidR="002067AA" w:rsidRDefault="002067AA">
            <w:pPr>
              <w:rPr>
                <w:lang w:val="de-DE"/>
              </w:rPr>
            </w:pPr>
          </w:p>
        </w:tc>
        <w:tc>
          <w:tcPr>
            <w:tcW w:w="4428" w:type="dxa"/>
          </w:tcPr>
          <w:p w14:paraId="5686DC96" w14:textId="77777777" w:rsidR="002067AA" w:rsidRDefault="002067AA">
            <w:pPr>
              <w:rPr>
                <w:lang w:val="de-DE"/>
              </w:rPr>
            </w:pPr>
          </w:p>
        </w:tc>
      </w:tr>
      <w:tr w:rsidR="002067AA" w14:paraId="6B539521" w14:textId="77777777" w:rsidTr="002067AA">
        <w:tc>
          <w:tcPr>
            <w:tcW w:w="4428" w:type="dxa"/>
          </w:tcPr>
          <w:p w14:paraId="5D3F45D0" w14:textId="77777777" w:rsidR="002067AA" w:rsidRDefault="002067AA">
            <w:pPr>
              <w:rPr>
                <w:lang w:val="de-DE"/>
              </w:rPr>
            </w:pPr>
          </w:p>
        </w:tc>
        <w:tc>
          <w:tcPr>
            <w:tcW w:w="4428" w:type="dxa"/>
          </w:tcPr>
          <w:p w14:paraId="5F661C2B" w14:textId="77777777" w:rsidR="002067AA" w:rsidRDefault="002067AA">
            <w:pPr>
              <w:rPr>
                <w:lang w:val="de-DE"/>
              </w:rPr>
            </w:pPr>
          </w:p>
        </w:tc>
      </w:tr>
    </w:tbl>
    <w:p w14:paraId="5EDBAAA8" w14:textId="77777777" w:rsidR="002067AA" w:rsidRPr="002067AA" w:rsidRDefault="002067AA">
      <w:pPr>
        <w:rPr>
          <w:lang w:val="de-DE"/>
        </w:rPr>
      </w:pPr>
    </w:p>
    <w:p w14:paraId="6D061733" w14:textId="422E2CD7" w:rsidR="002067AA" w:rsidRDefault="00000000" w:rsidP="002067AA">
      <w:pPr>
        <w:rPr>
          <w:lang w:val="de-DE"/>
        </w:rPr>
      </w:pPr>
      <w:r w:rsidRPr="002067AA">
        <w:rPr>
          <w:lang w:val="de-DE"/>
        </w:rPr>
        <w:t>6. Bewerte: Findest du es wichtig, dass Menschen in Deutschland demonstrieren dürfen? Begründe deine Meinung in 3–4 Sätzen.</w:t>
      </w:r>
      <w:r w:rsidR="002067AA" w:rsidRPr="002067AA">
        <w:rPr>
          <w:lang w:val="de-DE"/>
        </w:rPr>
        <w:t xml:space="preserve"> </w:t>
      </w:r>
      <w:r w:rsidR="002067AA">
        <w:rPr>
          <w:lang w:val="de-DE"/>
        </w:rPr>
        <w:t>_________________________________________________________________________________________________________</w:t>
      </w:r>
    </w:p>
    <w:p w14:paraId="6A46B456" w14:textId="77777777" w:rsidR="002067AA" w:rsidRDefault="002067AA" w:rsidP="002067AA">
      <w:pPr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</w:t>
      </w:r>
    </w:p>
    <w:p w14:paraId="752C458E" w14:textId="5C74BDED" w:rsidR="002067AA" w:rsidRDefault="002067AA" w:rsidP="002067AA">
      <w:pPr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</w:t>
      </w:r>
    </w:p>
    <w:p w14:paraId="2B08A2EE" w14:textId="77777777" w:rsidR="00EB62F7" w:rsidRPr="002067AA" w:rsidRDefault="00000000">
      <w:pPr>
        <w:pStyle w:val="21"/>
        <w:rPr>
          <w:lang w:val="de-DE"/>
        </w:rPr>
      </w:pPr>
      <w:r w:rsidRPr="002067AA">
        <w:rPr>
          <w:lang w:val="de-DE"/>
        </w:rPr>
        <w:lastRenderedPageBreak/>
        <w:t>C) Rollenspiel und Perspektivwechsel – Skript schreiben</w:t>
      </w:r>
    </w:p>
    <w:p w14:paraId="055F5AB5" w14:textId="77777777" w:rsidR="00EB62F7" w:rsidRPr="002067AA" w:rsidRDefault="00000000">
      <w:pPr>
        <w:rPr>
          <w:lang w:val="de-DE"/>
        </w:rPr>
      </w:pPr>
      <w:r w:rsidRPr="002067AA">
        <w:rPr>
          <w:lang w:val="de-DE"/>
        </w:rPr>
        <w:t>Nutze die Rollenkarten (Student Karl, Fürst Ludwig, Polizist Weber, Buchdrucker Johann, Bürgerin Anna, Schülerin Leyla, Journalistin Frau König, Spitzel). Arbeite möglichst mit deiner Gruppe zusammen.</w:t>
      </w:r>
    </w:p>
    <w:p w14:paraId="362787DA" w14:textId="77777777" w:rsidR="00EB62F7" w:rsidRPr="002067AA" w:rsidRDefault="00000000">
      <w:pPr>
        <w:rPr>
          <w:lang w:val="de-DE"/>
        </w:rPr>
      </w:pPr>
      <w:r w:rsidRPr="002067AA">
        <w:rPr>
          <w:lang w:val="de-DE"/>
        </w:rPr>
        <w:t>7. Wähle mit deiner Gruppe 2–3 Rollen aus. Trage die Namen hier ein: ____________________________.</w:t>
      </w:r>
    </w:p>
    <w:p w14:paraId="25939595" w14:textId="77777777" w:rsidR="00EB62F7" w:rsidRPr="002067AA" w:rsidRDefault="00000000">
      <w:pPr>
        <w:rPr>
          <w:lang w:val="de-DE"/>
        </w:rPr>
      </w:pPr>
      <w:r w:rsidRPr="002067AA">
        <w:rPr>
          <w:lang w:val="de-DE"/>
        </w:rPr>
        <w:t xml:space="preserve">8. Notiere zu jeder ausgewählten Rolle stichpunktartig: </w:t>
      </w:r>
      <w:r w:rsidRPr="002067AA">
        <w:rPr>
          <w:lang w:val="de-DE"/>
        </w:rPr>
        <w:br/>
        <w:t xml:space="preserve">   a) Was will die Person? </w:t>
      </w:r>
      <w:r w:rsidRPr="002067AA">
        <w:rPr>
          <w:lang w:val="de-DE"/>
        </w:rPr>
        <w:br/>
        <w:t xml:space="preserve">   b) Wovor hat sie Angst? </w:t>
      </w:r>
      <w:r w:rsidRPr="002067AA">
        <w:rPr>
          <w:lang w:val="de-DE"/>
        </w:rPr>
        <w:br/>
        <w:t xml:space="preserve">   c) Welche Freiheit ist ihr besonders wichtig?</w:t>
      </w:r>
    </w:p>
    <w:p w14:paraId="29DE315F" w14:textId="77777777" w:rsidR="00EB62F7" w:rsidRDefault="00000000">
      <w:pPr>
        <w:rPr>
          <w:lang w:val="de-DE"/>
        </w:rPr>
      </w:pPr>
      <w:r w:rsidRPr="002067AA">
        <w:rPr>
          <w:lang w:val="de-DE"/>
        </w:rPr>
        <w:t>9. Formuliere für jede Rolle zwei Sätze, die im Rollenspiel gesagt werden könnten. Nutze dabei die Satzanfänge auf den Rollenkarten oder denke dir eigene aus.</w:t>
      </w:r>
    </w:p>
    <w:p w14:paraId="3CCB8CBE" w14:textId="77777777" w:rsidR="002067AA" w:rsidRDefault="002067AA" w:rsidP="002067AA">
      <w:pPr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</w:t>
      </w:r>
    </w:p>
    <w:p w14:paraId="0EA6E732" w14:textId="29A578A6" w:rsidR="002067AA" w:rsidRPr="002067AA" w:rsidRDefault="002067AA">
      <w:pPr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</w:t>
      </w:r>
    </w:p>
    <w:p w14:paraId="73CC9F4B" w14:textId="0C080360" w:rsidR="002067AA" w:rsidRPr="002067AA" w:rsidRDefault="00000000">
      <w:pPr>
        <w:rPr>
          <w:lang w:val="de-DE"/>
        </w:rPr>
      </w:pPr>
      <w:r w:rsidRPr="002067AA">
        <w:rPr>
          <w:lang w:val="de-DE"/>
        </w:rPr>
        <w:t xml:space="preserve">10. Schreibt gemeinsam ein kurzes Rollenspiel-Skript (mindestens 8 Sätze): </w:t>
      </w:r>
      <w:r w:rsidRPr="002067AA">
        <w:rPr>
          <w:lang w:val="de-DE"/>
        </w:rPr>
        <w:br/>
        <w:t xml:space="preserve">   – Die Personen treffen sich z. B. </w:t>
      </w:r>
      <w:r w:rsidRPr="002067AA">
        <w:rPr>
          <w:lang w:val="de-DE"/>
        </w:rPr>
        <w:br/>
        <w:t xml:space="preserve">      • auf einer Studentenversammlung, </w:t>
      </w:r>
      <w:r w:rsidRPr="002067AA">
        <w:rPr>
          <w:lang w:val="de-DE"/>
        </w:rPr>
        <w:br/>
        <w:t xml:space="preserve">      • auf dem Hambacher Fest oder </w:t>
      </w:r>
      <w:r w:rsidRPr="002067AA">
        <w:rPr>
          <w:lang w:val="de-DE"/>
        </w:rPr>
        <w:br/>
        <w:t xml:space="preserve">      • auf einer heutigen Demo. </w:t>
      </w:r>
      <w:r w:rsidRPr="002067AA">
        <w:rPr>
          <w:lang w:val="de-DE"/>
        </w:rPr>
        <w:br/>
        <w:t xml:space="preserve">   – Jede Rolle spricht mindestens zwei Sätze.</w:t>
      </w:r>
    </w:p>
    <w:p w14:paraId="721042C7" w14:textId="77777777" w:rsidR="00EB62F7" w:rsidRPr="002067AA" w:rsidRDefault="00000000">
      <w:pPr>
        <w:rPr>
          <w:lang w:val="de-DE"/>
        </w:rPr>
      </w:pPr>
      <w:r w:rsidRPr="002067AA">
        <w:rPr>
          <w:lang w:val="de-DE"/>
        </w:rPr>
        <w:t xml:space="preserve">11. Achtet darauf, dass im Rollenspiel deutlich wird: </w:t>
      </w:r>
      <w:r w:rsidRPr="002067AA">
        <w:rPr>
          <w:lang w:val="de-DE"/>
        </w:rPr>
        <w:br/>
        <w:t xml:space="preserve">   – Warum protestieren die Menschen? </w:t>
      </w:r>
      <w:r w:rsidRPr="002067AA">
        <w:rPr>
          <w:lang w:val="de-DE"/>
        </w:rPr>
        <w:br/>
        <w:t xml:space="preserve">   – Was denken die Herrschenden darüber? </w:t>
      </w:r>
      <w:r w:rsidRPr="002067AA">
        <w:rPr>
          <w:lang w:val="de-DE"/>
        </w:rPr>
        <w:br/>
        <w:t xml:space="preserve">   – Welche Rolle spielt Freiheit / Meinungsfreiheit?</w:t>
      </w:r>
    </w:p>
    <w:p w14:paraId="11F8EFE8" w14:textId="77777777" w:rsidR="002067AA" w:rsidRDefault="002067AA" w:rsidP="002067AA">
      <w:pPr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</w:t>
      </w:r>
    </w:p>
    <w:p w14:paraId="16184DC2" w14:textId="77777777" w:rsidR="002067AA" w:rsidRDefault="002067AA" w:rsidP="002067AA">
      <w:pPr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</w:t>
      </w:r>
    </w:p>
    <w:p w14:paraId="3D6BC0FA" w14:textId="77777777" w:rsidR="002067AA" w:rsidRDefault="002067AA" w:rsidP="002067AA">
      <w:pPr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</w:t>
      </w:r>
    </w:p>
    <w:p w14:paraId="69D704D2" w14:textId="77777777" w:rsidR="002067AA" w:rsidRDefault="002067AA" w:rsidP="002067AA">
      <w:pPr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</w:t>
      </w:r>
    </w:p>
    <w:p w14:paraId="78E0C97F" w14:textId="77777777" w:rsidR="002067AA" w:rsidRDefault="002067AA" w:rsidP="002067AA">
      <w:pPr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</w:t>
      </w:r>
    </w:p>
    <w:p w14:paraId="629F0BD7" w14:textId="77777777" w:rsidR="002067AA" w:rsidRDefault="002067AA" w:rsidP="002067AA">
      <w:pPr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</w:t>
      </w:r>
    </w:p>
    <w:p w14:paraId="0A9616F1" w14:textId="77777777" w:rsidR="002067AA" w:rsidRDefault="002067AA" w:rsidP="002067AA">
      <w:pPr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</w:t>
      </w:r>
    </w:p>
    <w:p w14:paraId="50F2D480" w14:textId="44B99C22" w:rsidR="00EB62F7" w:rsidRPr="002067AA" w:rsidRDefault="002067AA">
      <w:pPr>
        <w:rPr>
          <w:lang w:val="de-DE"/>
        </w:rPr>
      </w:pPr>
      <w:r>
        <w:rPr>
          <w:lang w:val="de-DE"/>
        </w:rPr>
        <w:t>_________________________________________________________________________________________________________</w:t>
      </w:r>
    </w:p>
    <w:sectPr w:rsidR="00EB62F7" w:rsidRPr="002067AA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FA42C8" w14:textId="77777777" w:rsidR="001C687A" w:rsidRDefault="001C687A" w:rsidP="002067AA">
      <w:pPr>
        <w:spacing w:after="0" w:line="240" w:lineRule="auto"/>
      </w:pPr>
      <w:r>
        <w:separator/>
      </w:r>
    </w:p>
  </w:endnote>
  <w:endnote w:type="continuationSeparator" w:id="0">
    <w:p w14:paraId="5695D8EA" w14:textId="77777777" w:rsidR="001C687A" w:rsidRDefault="001C687A" w:rsidP="002067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0000000000000000000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f8"/>
      </w:rPr>
      <w:id w:val="119582629"/>
      <w:docPartObj>
        <w:docPartGallery w:val="Page Numbers (Bottom of Page)"/>
        <w:docPartUnique/>
      </w:docPartObj>
    </w:sdtPr>
    <w:sdtContent>
      <w:p w14:paraId="18536448" w14:textId="39155CA8" w:rsidR="002067AA" w:rsidRDefault="002067AA" w:rsidP="001E5612">
        <w:pPr>
          <w:pStyle w:val="a7"/>
          <w:framePr w:wrap="none" w:vAnchor="text" w:hAnchor="margin" w:xAlign="right" w:y="1"/>
          <w:rPr>
            <w:rStyle w:val="aff8"/>
          </w:rPr>
        </w:pPr>
        <w:r>
          <w:rPr>
            <w:rStyle w:val="aff8"/>
          </w:rPr>
          <w:fldChar w:fldCharType="begin"/>
        </w:r>
        <w:r>
          <w:rPr>
            <w:rStyle w:val="aff8"/>
          </w:rPr>
          <w:instrText xml:space="preserve"> PAGE </w:instrText>
        </w:r>
        <w:r>
          <w:rPr>
            <w:rStyle w:val="aff8"/>
          </w:rPr>
          <w:fldChar w:fldCharType="separate"/>
        </w:r>
        <w:r>
          <w:rPr>
            <w:rStyle w:val="aff8"/>
          </w:rPr>
          <w:fldChar w:fldCharType="end"/>
        </w:r>
      </w:p>
    </w:sdtContent>
  </w:sdt>
  <w:p w14:paraId="7FDB3A2A" w14:textId="77777777" w:rsidR="002067AA" w:rsidRDefault="002067AA" w:rsidP="002067AA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f8"/>
      </w:rPr>
      <w:id w:val="-1540805981"/>
      <w:docPartObj>
        <w:docPartGallery w:val="Page Numbers (Bottom of Page)"/>
        <w:docPartUnique/>
      </w:docPartObj>
    </w:sdtPr>
    <w:sdtContent>
      <w:p w14:paraId="6CAC51DF" w14:textId="02936607" w:rsidR="002067AA" w:rsidRDefault="002067AA" w:rsidP="001E5612">
        <w:pPr>
          <w:pStyle w:val="a7"/>
          <w:framePr w:wrap="none" w:vAnchor="text" w:hAnchor="margin" w:xAlign="right" w:y="1"/>
          <w:rPr>
            <w:rStyle w:val="aff8"/>
          </w:rPr>
        </w:pPr>
        <w:r>
          <w:rPr>
            <w:rStyle w:val="aff8"/>
          </w:rPr>
          <w:fldChar w:fldCharType="begin"/>
        </w:r>
        <w:r>
          <w:rPr>
            <w:rStyle w:val="aff8"/>
          </w:rPr>
          <w:instrText xml:space="preserve"> PAGE </w:instrText>
        </w:r>
        <w:r>
          <w:rPr>
            <w:rStyle w:val="aff8"/>
          </w:rPr>
          <w:fldChar w:fldCharType="separate"/>
        </w:r>
        <w:r>
          <w:rPr>
            <w:rStyle w:val="aff8"/>
            <w:noProof/>
          </w:rPr>
          <w:t>1</w:t>
        </w:r>
        <w:r>
          <w:rPr>
            <w:rStyle w:val="aff8"/>
          </w:rPr>
          <w:fldChar w:fldCharType="end"/>
        </w:r>
      </w:p>
    </w:sdtContent>
  </w:sdt>
  <w:p w14:paraId="2C19966B" w14:textId="77777777" w:rsidR="002067AA" w:rsidRDefault="002067AA" w:rsidP="002067AA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906270" w14:textId="77777777" w:rsidR="001C687A" w:rsidRDefault="001C687A" w:rsidP="002067AA">
      <w:pPr>
        <w:spacing w:after="0" w:line="240" w:lineRule="auto"/>
      </w:pPr>
      <w:r>
        <w:separator/>
      </w:r>
    </w:p>
  </w:footnote>
  <w:footnote w:type="continuationSeparator" w:id="0">
    <w:p w14:paraId="73E9CA4D" w14:textId="77777777" w:rsidR="001C687A" w:rsidRDefault="001C687A" w:rsidP="002067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61514289">
    <w:abstractNumId w:val="8"/>
  </w:num>
  <w:num w:numId="2" w16cid:durableId="1861819255">
    <w:abstractNumId w:val="6"/>
  </w:num>
  <w:num w:numId="3" w16cid:durableId="83653302">
    <w:abstractNumId w:val="5"/>
  </w:num>
  <w:num w:numId="4" w16cid:durableId="1446072513">
    <w:abstractNumId w:val="4"/>
  </w:num>
  <w:num w:numId="5" w16cid:durableId="1225069619">
    <w:abstractNumId w:val="7"/>
  </w:num>
  <w:num w:numId="6" w16cid:durableId="556472025">
    <w:abstractNumId w:val="3"/>
  </w:num>
  <w:num w:numId="7" w16cid:durableId="572083171">
    <w:abstractNumId w:val="2"/>
  </w:num>
  <w:num w:numId="8" w16cid:durableId="1564095700">
    <w:abstractNumId w:val="1"/>
  </w:num>
  <w:num w:numId="9" w16cid:durableId="444080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C687A"/>
    <w:rsid w:val="002067AA"/>
    <w:rsid w:val="0029639D"/>
    <w:rsid w:val="0030634A"/>
    <w:rsid w:val="00326F90"/>
    <w:rsid w:val="00AA1D8D"/>
    <w:rsid w:val="00B47730"/>
    <w:rsid w:val="00CB0664"/>
    <w:rsid w:val="00EB62F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18BE41"/>
  <w14:defaultImageDpi w14:val="300"/>
  <w15:docId w15:val="{DF4FAA11-7F36-004C-BB0D-1ED0DBD9A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8">
    <w:name w:val="page number"/>
    <w:basedOn w:val="a2"/>
    <w:uiPriority w:val="99"/>
    <w:semiHidden/>
    <w:unhideWhenUsed/>
    <w:rsid w:val="002067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606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4058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Vadym Yatsunyk</cp:lastModifiedBy>
  <cp:revision>2</cp:revision>
  <dcterms:created xsi:type="dcterms:W3CDTF">2026-02-01T20:33:00Z</dcterms:created>
  <dcterms:modified xsi:type="dcterms:W3CDTF">2026-02-01T20:33:00Z</dcterms:modified>
  <cp:category/>
</cp:coreProperties>
</file>