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9E6509" w14:textId="77777777" w:rsidR="00CA6CFA" w:rsidRPr="001C3F99" w:rsidRDefault="00000000">
      <w:pPr>
        <w:rPr>
          <w:sz w:val="24"/>
          <w:szCs w:val="24"/>
          <w:lang w:val="de-DE"/>
        </w:rPr>
      </w:pPr>
      <w:r w:rsidRPr="001C3F99">
        <w:rPr>
          <w:b/>
          <w:sz w:val="24"/>
          <w:szCs w:val="24"/>
          <w:lang w:val="de-DE"/>
        </w:rPr>
        <w:t>Arbeitsblatt – Nationalhymne &amp; "Lied der Deutschen" (Klasse 8)</w:t>
      </w:r>
    </w:p>
    <w:p w14:paraId="38CEA4FB" w14:textId="4A2EF3DA" w:rsidR="00CA6CFA" w:rsidRPr="001C3F99" w:rsidRDefault="00000000">
      <w:pPr>
        <w:rPr>
          <w:sz w:val="24"/>
          <w:szCs w:val="24"/>
          <w:lang w:val="de-DE"/>
        </w:rPr>
      </w:pPr>
      <w:r w:rsidRPr="001C3F99">
        <w:rPr>
          <w:sz w:val="24"/>
          <w:szCs w:val="24"/>
          <w:lang w:val="de-DE"/>
        </w:rPr>
        <w:t>Name: ____________________________   Datum: ____________   Klasse: ______</w:t>
      </w:r>
    </w:p>
    <w:p w14:paraId="6A9BF704" w14:textId="77777777" w:rsidR="00CA6CFA" w:rsidRPr="001C3F99" w:rsidRDefault="00000000">
      <w:pPr>
        <w:rPr>
          <w:sz w:val="24"/>
          <w:szCs w:val="24"/>
          <w:lang w:val="de-DE"/>
        </w:rPr>
      </w:pPr>
      <w:r w:rsidRPr="001C3F99">
        <w:rPr>
          <w:b/>
          <w:sz w:val="24"/>
          <w:szCs w:val="24"/>
          <w:lang w:val="de-DE"/>
        </w:rPr>
        <w:t>1) Hymne hören: Welche Gefühle? (2–3 Stichwörter)</w:t>
      </w:r>
    </w:p>
    <w:p w14:paraId="7C603961" w14:textId="77777777" w:rsidR="00CA6CFA" w:rsidRPr="001C3F99" w:rsidRDefault="00000000">
      <w:pPr>
        <w:rPr>
          <w:sz w:val="24"/>
          <w:szCs w:val="24"/>
          <w:lang w:val="de-DE"/>
        </w:rPr>
      </w:pPr>
      <w:r w:rsidRPr="001C3F99">
        <w:rPr>
          <w:sz w:val="24"/>
          <w:szCs w:val="24"/>
          <w:lang w:val="de-DE"/>
        </w:rPr>
        <w:t>Gefühle: ________________________________________________________________</w:t>
      </w:r>
    </w:p>
    <w:p w14:paraId="128631C8" w14:textId="77777777" w:rsidR="00CA6CFA" w:rsidRPr="001C3F99" w:rsidRDefault="00000000">
      <w:pPr>
        <w:rPr>
          <w:sz w:val="24"/>
          <w:szCs w:val="24"/>
          <w:lang w:val="de-DE"/>
        </w:rPr>
      </w:pPr>
      <w:r w:rsidRPr="001C3F99">
        <w:rPr>
          <w:sz w:val="24"/>
          <w:szCs w:val="24"/>
          <w:lang w:val="de-DE"/>
        </w:rPr>
        <w:t>Warum könnte das so sein? (Melodie/Tempo/Anlass/Erfahrung):</w:t>
      </w:r>
    </w:p>
    <w:p w14:paraId="41307C94" w14:textId="77777777" w:rsidR="00CA6CFA" w:rsidRPr="001C3F99" w:rsidRDefault="00000000">
      <w:pPr>
        <w:rPr>
          <w:sz w:val="24"/>
          <w:szCs w:val="24"/>
          <w:lang w:val="de-DE"/>
        </w:rPr>
      </w:pPr>
      <w:r w:rsidRPr="001C3F99">
        <w:rPr>
          <w:sz w:val="24"/>
          <w:szCs w:val="24"/>
          <w:lang w:val="de-DE"/>
        </w:rPr>
        <w:t>________________________________________________________________________</w:t>
      </w:r>
    </w:p>
    <w:p w14:paraId="7C281912" w14:textId="77777777" w:rsidR="00CA6CFA" w:rsidRPr="001C3F99" w:rsidRDefault="00000000">
      <w:pPr>
        <w:rPr>
          <w:sz w:val="24"/>
          <w:szCs w:val="24"/>
          <w:lang w:val="de-DE"/>
        </w:rPr>
      </w:pPr>
      <w:r w:rsidRPr="001C3F99">
        <w:rPr>
          <w:sz w:val="24"/>
          <w:szCs w:val="24"/>
          <w:lang w:val="de-DE"/>
        </w:rPr>
        <w:t>________________________________________________________________________</w:t>
      </w:r>
    </w:p>
    <w:p w14:paraId="2956C98B" w14:textId="77777777" w:rsidR="00CA6CFA" w:rsidRPr="001C3F99" w:rsidRDefault="00000000">
      <w:pPr>
        <w:rPr>
          <w:sz w:val="24"/>
          <w:szCs w:val="24"/>
          <w:lang w:val="de-DE"/>
        </w:rPr>
      </w:pPr>
      <w:r w:rsidRPr="001C3F99">
        <w:rPr>
          <w:b/>
          <w:sz w:val="24"/>
          <w:szCs w:val="24"/>
          <w:lang w:val="de-DE"/>
        </w:rPr>
        <w:t>2) Zeitstrahl: Ordne die Ereignisse (1797–1991)</w:t>
      </w:r>
    </w:p>
    <w:p w14:paraId="017E92AC" w14:textId="77777777" w:rsidR="00CA6CFA" w:rsidRPr="001C3F99" w:rsidRDefault="00000000">
      <w:pPr>
        <w:rPr>
          <w:sz w:val="24"/>
          <w:szCs w:val="24"/>
        </w:rPr>
      </w:pPr>
      <w:r w:rsidRPr="001C3F99">
        <w:rPr>
          <w:sz w:val="24"/>
          <w:szCs w:val="24"/>
          <w:lang w:val="de-DE"/>
        </w:rPr>
        <w:t xml:space="preserve">Schreibe die Daten in die Kästchen und ergänze je 1 Satz: Was passiert? </w:t>
      </w:r>
      <w:proofErr w:type="spellStart"/>
      <w:r w:rsidRPr="001C3F99">
        <w:rPr>
          <w:sz w:val="24"/>
          <w:szCs w:val="24"/>
        </w:rPr>
        <w:t>Warum</w:t>
      </w:r>
      <w:proofErr w:type="spellEnd"/>
      <w:r w:rsidRPr="001C3F99">
        <w:rPr>
          <w:sz w:val="24"/>
          <w:szCs w:val="24"/>
        </w:rPr>
        <w:t xml:space="preserve"> </w:t>
      </w:r>
      <w:proofErr w:type="spellStart"/>
      <w:r w:rsidRPr="001C3F99">
        <w:rPr>
          <w:sz w:val="24"/>
          <w:szCs w:val="24"/>
        </w:rPr>
        <w:t>wichtig</w:t>
      </w:r>
      <w:proofErr w:type="spellEnd"/>
      <w:r w:rsidRPr="001C3F99">
        <w:rPr>
          <w:sz w:val="24"/>
          <w:szCs w:val="24"/>
        </w:rPr>
        <w:t>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4"/>
        <w:gridCol w:w="1144"/>
        <w:gridCol w:w="1144"/>
        <w:gridCol w:w="1145"/>
        <w:gridCol w:w="1145"/>
        <w:gridCol w:w="1145"/>
        <w:gridCol w:w="1145"/>
        <w:gridCol w:w="1145"/>
        <w:gridCol w:w="1145"/>
      </w:tblGrid>
      <w:tr w:rsidR="00CA6CFA" w:rsidRPr="001C3F99" w14:paraId="4BD03DAB" w14:textId="77777777" w:rsidTr="001C3F99">
        <w:tc>
          <w:tcPr>
            <w:tcW w:w="1146" w:type="dxa"/>
          </w:tcPr>
          <w:p w14:paraId="6FCD744C" w14:textId="77777777" w:rsidR="00CA6CFA" w:rsidRPr="001C3F99" w:rsidRDefault="00000000">
            <w:pPr>
              <w:rPr>
                <w:sz w:val="24"/>
                <w:szCs w:val="24"/>
              </w:rPr>
            </w:pPr>
            <w:r w:rsidRPr="001C3F99">
              <w:rPr>
                <w:sz w:val="24"/>
                <w:szCs w:val="24"/>
              </w:rPr>
              <w:t>Datum</w:t>
            </w:r>
          </w:p>
        </w:tc>
        <w:tc>
          <w:tcPr>
            <w:tcW w:w="1146" w:type="dxa"/>
          </w:tcPr>
          <w:p w14:paraId="37F38112" w14:textId="77777777" w:rsidR="00CA6CFA" w:rsidRPr="001C3F99" w:rsidRDefault="00000000">
            <w:pPr>
              <w:rPr>
                <w:sz w:val="24"/>
                <w:szCs w:val="24"/>
              </w:rPr>
            </w:pPr>
            <w:r w:rsidRPr="001C3F99">
              <w:rPr>
                <w:sz w:val="24"/>
                <w:szCs w:val="24"/>
              </w:rPr>
              <w:t>Datum</w:t>
            </w:r>
          </w:p>
        </w:tc>
        <w:tc>
          <w:tcPr>
            <w:tcW w:w="1146" w:type="dxa"/>
          </w:tcPr>
          <w:p w14:paraId="13AB5F57" w14:textId="77777777" w:rsidR="00CA6CFA" w:rsidRPr="001C3F99" w:rsidRDefault="00000000">
            <w:pPr>
              <w:rPr>
                <w:sz w:val="24"/>
                <w:szCs w:val="24"/>
              </w:rPr>
            </w:pPr>
            <w:r w:rsidRPr="001C3F99">
              <w:rPr>
                <w:sz w:val="24"/>
                <w:szCs w:val="24"/>
              </w:rPr>
              <w:t>Datum</w:t>
            </w:r>
          </w:p>
        </w:tc>
        <w:tc>
          <w:tcPr>
            <w:tcW w:w="1146" w:type="dxa"/>
          </w:tcPr>
          <w:p w14:paraId="3075513E" w14:textId="77777777" w:rsidR="00CA6CFA" w:rsidRPr="001C3F99" w:rsidRDefault="00000000">
            <w:pPr>
              <w:rPr>
                <w:sz w:val="24"/>
                <w:szCs w:val="24"/>
              </w:rPr>
            </w:pPr>
            <w:r w:rsidRPr="001C3F99">
              <w:rPr>
                <w:sz w:val="24"/>
                <w:szCs w:val="24"/>
              </w:rPr>
              <w:t>Datum</w:t>
            </w:r>
          </w:p>
        </w:tc>
        <w:tc>
          <w:tcPr>
            <w:tcW w:w="1146" w:type="dxa"/>
          </w:tcPr>
          <w:p w14:paraId="1FBA79B0" w14:textId="77777777" w:rsidR="00CA6CFA" w:rsidRPr="001C3F99" w:rsidRDefault="00000000">
            <w:pPr>
              <w:rPr>
                <w:sz w:val="24"/>
                <w:szCs w:val="24"/>
              </w:rPr>
            </w:pPr>
            <w:r w:rsidRPr="001C3F99">
              <w:rPr>
                <w:sz w:val="24"/>
                <w:szCs w:val="24"/>
              </w:rPr>
              <w:t>Datum</w:t>
            </w:r>
          </w:p>
        </w:tc>
        <w:tc>
          <w:tcPr>
            <w:tcW w:w="1146" w:type="dxa"/>
          </w:tcPr>
          <w:p w14:paraId="4FDB1753" w14:textId="77777777" w:rsidR="00CA6CFA" w:rsidRPr="001C3F99" w:rsidRDefault="00000000">
            <w:pPr>
              <w:rPr>
                <w:sz w:val="24"/>
                <w:szCs w:val="24"/>
              </w:rPr>
            </w:pPr>
            <w:r w:rsidRPr="001C3F99">
              <w:rPr>
                <w:sz w:val="24"/>
                <w:szCs w:val="24"/>
              </w:rPr>
              <w:t>Datum</w:t>
            </w:r>
          </w:p>
        </w:tc>
        <w:tc>
          <w:tcPr>
            <w:tcW w:w="1146" w:type="dxa"/>
          </w:tcPr>
          <w:p w14:paraId="231AA272" w14:textId="77777777" w:rsidR="00CA6CFA" w:rsidRPr="001C3F99" w:rsidRDefault="00000000">
            <w:pPr>
              <w:rPr>
                <w:sz w:val="24"/>
                <w:szCs w:val="24"/>
              </w:rPr>
            </w:pPr>
            <w:r w:rsidRPr="001C3F99">
              <w:rPr>
                <w:sz w:val="24"/>
                <w:szCs w:val="24"/>
              </w:rPr>
              <w:t>Datum</w:t>
            </w:r>
          </w:p>
        </w:tc>
        <w:tc>
          <w:tcPr>
            <w:tcW w:w="1146" w:type="dxa"/>
          </w:tcPr>
          <w:p w14:paraId="4FD6BA57" w14:textId="77777777" w:rsidR="00CA6CFA" w:rsidRPr="001C3F99" w:rsidRDefault="00000000">
            <w:pPr>
              <w:rPr>
                <w:sz w:val="24"/>
                <w:szCs w:val="24"/>
              </w:rPr>
            </w:pPr>
            <w:r w:rsidRPr="001C3F99">
              <w:rPr>
                <w:sz w:val="24"/>
                <w:szCs w:val="24"/>
              </w:rPr>
              <w:t>Datum</w:t>
            </w:r>
          </w:p>
        </w:tc>
        <w:tc>
          <w:tcPr>
            <w:tcW w:w="1146" w:type="dxa"/>
          </w:tcPr>
          <w:p w14:paraId="7BB78E05" w14:textId="77777777" w:rsidR="00CA6CFA" w:rsidRPr="001C3F99" w:rsidRDefault="00000000">
            <w:pPr>
              <w:rPr>
                <w:sz w:val="24"/>
                <w:szCs w:val="24"/>
              </w:rPr>
            </w:pPr>
            <w:r w:rsidRPr="001C3F99">
              <w:rPr>
                <w:sz w:val="24"/>
                <w:szCs w:val="24"/>
              </w:rPr>
              <w:t>Datum</w:t>
            </w:r>
          </w:p>
        </w:tc>
      </w:tr>
    </w:tbl>
    <w:p w14:paraId="0EDA9986" w14:textId="77777777" w:rsidR="00CA6CFA" w:rsidRPr="001C3F99" w:rsidRDefault="00000000">
      <w:pPr>
        <w:rPr>
          <w:sz w:val="24"/>
          <w:szCs w:val="24"/>
        </w:rPr>
      </w:pPr>
      <w:r w:rsidRPr="001C3F99">
        <w:rPr>
          <w:sz w:val="24"/>
          <w:szCs w:val="24"/>
        </w:rPr>
        <w:t>Erklärung (kurz):</w:t>
      </w:r>
    </w:p>
    <w:p w14:paraId="73405955" w14:textId="77777777" w:rsidR="00CA6CFA" w:rsidRPr="001C3F99" w:rsidRDefault="00000000">
      <w:pPr>
        <w:rPr>
          <w:sz w:val="24"/>
          <w:szCs w:val="24"/>
        </w:rPr>
      </w:pPr>
      <w:r w:rsidRPr="001C3F99">
        <w:rPr>
          <w:sz w:val="24"/>
          <w:szCs w:val="24"/>
        </w:rPr>
        <w:t>________________________________________________________________________</w:t>
      </w:r>
    </w:p>
    <w:p w14:paraId="06AFFFCD" w14:textId="77777777" w:rsidR="00CA6CFA" w:rsidRPr="001C3F99" w:rsidRDefault="00000000">
      <w:pPr>
        <w:rPr>
          <w:sz w:val="24"/>
          <w:szCs w:val="24"/>
        </w:rPr>
      </w:pPr>
      <w:r w:rsidRPr="001C3F99">
        <w:rPr>
          <w:sz w:val="24"/>
          <w:szCs w:val="24"/>
        </w:rPr>
        <w:t>________________________________________________________________________</w:t>
      </w:r>
    </w:p>
    <w:p w14:paraId="28F520EF" w14:textId="77777777" w:rsidR="00CA6CFA" w:rsidRPr="001C3F99" w:rsidRDefault="00000000">
      <w:pPr>
        <w:rPr>
          <w:sz w:val="24"/>
          <w:szCs w:val="24"/>
        </w:rPr>
      </w:pPr>
      <w:r w:rsidRPr="001C3F99">
        <w:rPr>
          <w:sz w:val="24"/>
          <w:szCs w:val="24"/>
        </w:rPr>
        <w:t>________________________________________________________________________</w:t>
      </w:r>
    </w:p>
    <w:p w14:paraId="5EFD32E9" w14:textId="77777777" w:rsidR="00CA6CFA" w:rsidRPr="001C3F99" w:rsidRDefault="00000000">
      <w:pPr>
        <w:rPr>
          <w:sz w:val="24"/>
          <w:szCs w:val="24"/>
        </w:rPr>
      </w:pPr>
      <w:r w:rsidRPr="001C3F99">
        <w:rPr>
          <w:sz w:val="24"/>
          <w:szCs w:val="24"/>
        </w:rPr>
        <w:t>________________________________________________________________________</w:t>
      </w:r>
    </w:p>
    <w:p w14:paraId="3296F66D" w14:textId="77777777" w:rsidR="00CA6CFA" w:rsidRPr="001C3F99" w:rsidRDefault="00000000">
      <w:pPr>
        <w:rPr>
          <w:sz w:val="24"/>
          <w:szCs w:val="24"/>
          <w:lang w:val="de-DE"/>
        </w:rPr>
      </w:pPr>
      <w:r w:rsidRPr="001C3F99">
        <w:rPr>
          <w:b/>
          <w:sz w:val="24"/>
          <w:szCs w:val="24"/>
          <w:lang w:val="de-DE"/>
        </w:rPr>
        <w:t>3) Wie beeinflussen Lieder Menschen? (mindestens 3 Punkte)</w:t>
      </w:r>
    </w:p>
    <w:p w14:paraId="64788F02" w14:textId="77777777" w:rsidR="00CA6CFA" w:rsidRPr="001C3F99" w:rsidRDefault="00000000">
      <w:pPr>
        <w:rPr>
          <w:sz w:val="24"/>
          <w:szCs w:val="24"/>
          <w:lang w:val="de-DE"/>
        </w:rPr>
      </w:pPr>
      <w:r w:rsidRPr="001C3F99">
        <w:rPr>
          <w:sz w:val="24"/>
          <w:szCs w:val="24"/>
          <w:lang w:val="de-DE"/>
        </w:rPr>
        <w:t>• ________________________________________________________________________</w:t>
      </w:r>
    </w:p>
    <w:p w14:paraId="001330A6" w14:textId="77777777" w:rsidR="00CA6CFA" w:rsidRPr="001C3F99" w:rsidRDefault="00000000">
      <w:pPr>
        <w:rPr>
          <w:sz w:val="24"/>
          <w:szCs w:val="24"/>
          <w:lang w:val="de-DE"/>
        </w:rPr>
      </w:pPr>
      <w:r w:rsidRPr="001C3F99">
        <w:rPr>
          <w:sz w:val="24"/>
          <w:szCs w:val="24"/>
          <w:lang w:val="de-DE"/>
        </w:rPr>
        <w:t>• ________________________________________________________________________</w:t>
      </w:r>
    </w:p>
    <w:p w14:paraId="7B3DF983" w14:textId="77777777" w:rsidR="00CA6CFA" w:rsidRPr="001C3F99" w:rsidRDefault="00000000">
      <w:pPr>
        <w:rPr>
          <w:sz w:val="24"/>
          <w:szCs w:val="24"/>
          <w:lang w:val="de-DE"/>
        </w:rPr>
      </w:pPr>
      <w:r w:rsidRPr="001C3F99">
        <w:rPr>
          <w:sz w:val="24"/>
          <w:szCs w:val="24"/>
          <w:lang w:val="de-DE"/>
        </w:rPr>
        <w:t>• ________________________________________________________________________</w:t>
      </w:r>
    </w:p>
    <w:p w14:paraId="139A130D" w14:textId="77777777" w:rsidR="00CA6CFA" w:rsidRPr="001C3F99" w:rsidRDefault="00000000">
      <w:pPr>
        <w:rPr>
          <w:sz w:val="24"/>
          <w:szCs w:val="24"/>
          <w:lang w:val="de-DE"/>
        </w:rPr>
      </w:pPr>
      <w:r w:rsidRPr="001C3F99">
        <w:rPr>
          <w:b/>
          <w:sz w:val="24"/>
          <w:szCs w:val="24"/>
          <w:lang w:val="de-DE"/>
        </w:rPr>
        <w:t>4) Warum könnte die 1. Strophe heute im Ausland provokativ wirken?</w:t>
      </w:r>
    </w:p>
    <w:p w14:paraId="18D98F99" w14:textId="77777777" w:rsidR="00CA6CFA" w:rsidRPr="001C3F99" w:rsidRDefault="00000000">
      <w:pPr>
        <w:rPr>
          <w:sz w:val="24"/>
          <w:szCs w:val="24"/>
          <w:lang w:val="de-DE"/>
        </w:rPr>
      </w:pPr>
      <w:r w:rsidRPr="001C3F99">
        <w:rPr>
          <w:sz w:val="24"/>
          <w:szCs w:val="24"/>
          <w:lang w:val="de-DE"/>
        </w:rPr>
        <w:t>Formuliere 2 Gründe:</w:t>
      </w:r>
    </w:p>
    <w:p w14:paraId="6D66AB0F" w14:textId="77777777" w:rsidR="00CA6CFA" w:rsidRPr="001C3F99" w:rsidRDefault="00000000">
      <w:pPr>
        <w:rPr>
          <w:sz w:val="24"/>
          <w:szCs w:val="24"/>
          <w:lang w:val="de-DE"/>
        </w:rPr>
      </w:pPr>
      <w:r w:rsidRPr="001C3F99">
        <w:rPr>
          <w:sz w:val="24"/>
          <w:szCs w:val="24"/>
          <w:lang w:val="de-DE"/>
        </w:rPr>
        <w:t>Grund 1: ________________________________________________________________</w:t>
      </w:r>
    </w:p>
    <w:p w14:paraId="16BD4D6C" w14:textId="77777777" w:rsidR="00CA6CFA" w:rsidRPr="001C3F99" w:rsidRDefault="00000000">
      <w:pPr>
        <w:rPr>
          <w:sz w:val="24"/>
          <w:szCs w:val="24"/>
          <w:lang w:val="de-DE"/>
        </w:rPr>
      </w:pPr>
      <w:r w:rsidRPr="001C3F99">
        <w:rPr>
          <w:sz w:val="24"/>
          <w:szCs w:val="24"/>
          <w:lang w:val="de-DE"/>
        </w:rPr>
        <w:t>Grund 2: ________________________________________________________________</w:t>
      </w:r>
    </w:p>
    <w:p w14:paraId="774FDC28" w14:textId="77777777" w:rsidR="00CA6CFA" w:rsidRPr="001C3F99" w:rsidRDefault="00000000">
      <w:pPr>
        <w:rPr>
          <w:sz w:val="24"/>
          <w:szCs w:val="24"/>
          <w:lang w:val="de-DE"/>
        </w:rPr>
      </w:pPr>
      <w:r w:rsidRPr="001C3F99">
        <w:rPr>
          <w:b/>
          <w:sz w:val="24"/>
          <w:szCs w:val="24"/>
          <w:lang w:val="de-DE"/>
        </w:rPr>
        <w:t>5) Hör-Quiz: Welche Nationalhymne gehört zu welchem Land?</w:t>
      </w:r>
    </w:p>
    <w:p w14:paraId="4DBDE603" w14:textId="77777777" w:rsidR="00CA6CFA" w:rsidRPr="001C3F99" w:rsidRDefault="00000000">
      <w:pPr>
        <w:rPr>
          <w:sz w:val="24"/>
          <w:szCs w:val="24"/>
          <w:lang w:val="de-DE"/>
        </w:rPr>
      </w:pPr>
      <w:r w:rsidRPr="001C3F99">
        <w:rPr>
          <w:sz w:val="24"/>
          <w:szCs w:val="24"/>
          <w:lang w:val="de-DE"/>
        </w:rPr>
        <w:t>Trage das Land zu Nummer 1–10 ein.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5156"/>
        <w:gridCol w:w="5156"/>
      </w:tblGrid>
      <w:tr w:rsidR="00CA6CFA" w:rsidRPr="001C3F99" w14:paraId="3371F480" w14:textId="77777777">
        <w:tc>
          <w:tcPr>
            <w:tcW w:w="5156" w:type="dxa"/>
          </w:tcPr>
          <w:p w14:paraId="092DE81F" w14:textId="77777777" w:rsidR="00CA6CFA" w:rsidRPr="001C3F99" w:rsidRDefault="00000000">
            <w:pPr>
              <w:rPr>
                <w:sz w:val="24"/>
                <w:szCs w:val="24"/>
              </w:rPr>
            </w:pPr>
            <w:r w:rsidRPr="001C3F99">
              <w:rPr>
                <w:sz w:val="24"/>
                <w:szCs w:val="24"/>
              </w:rPr>
              <w:t>1. ______________________________</w:t>
            </w:r>
          </w:p>
        </w:tc>
        <w:tc>
          <w:tcPr>
            <w:tcW w:w="5156" w:type="dxa"/>
          </w:tcPr>
          <w:p w14:paraId="412E975F" w14:textId="77777777" w:rsidR="00CA6CFA" w:rsidRPr="001C3F99" w:rsidRDefault="00000000">
            <w:pPr>
              <w:rPr>
                <w:sz w:val="24"/>
                <w:szCs w:val="24"/>
              </w:rPr>
            </w:pPr>
            <w:r w:rsidRPr="001C3F99">
              <w:rPr>
                <w:sz w:val="24"/>
                <w:szCs w:val="24"/>
              </w:rPr>
              <w:t>6. ______________________________</w:t>
            </w:r>
          </w:p>
        </w:tc>
      </w:tr>
      <w:tr w:rsidR="00CA6CFA" w:rsidRPr="001C3F99" w14:paraId="0BA86AE1" w14:textId="77777777">
        <w:tc>
          <w:tcPr>
            <w:tcW w:w="5156" w:type="dxa"/>
          </w:tcPr>
          <w:p w14:paraId="35BD95F0" w14:textId="77777777" w:rsidR="00CA6CFA" w:rsidRPr="001C3F99" w:rsidRDefault="00000000">
            <w:pPr>
              <w:rPr>
                <w:sz w:val="24"/>
                <w:szCs w:val="24"/>
              </w:rPr>
            </w:pPr>
            <w:r w:rsidRPr="001C3F99">
              <w:rPr>
                <w:sz w:val="24"/>
                <w:szCs w:val="24"/>
              </w:rPr>
              <w:lastRenderedPageBreak/>
              <w:t>2. ______________________________</w:t>
            </w:r>
          </w:p>
        </w:tc>
        <w:tc>
          <w:tcPr>
            <w:tcW w:w="5156" w:type="dxa"/>
          </w:tcPr>
          <w:p w14:paraId="452DDDF2" w14:textId="77777777" w:rsidR="00CA6CFA" w:rsidRPr="001C3F99" w:rsidRDefault="00000000">
            <w:pPr>
              <w:rPr>
                <w:sz w:val="24"/>
                <w:szCs w:val="24"/>
              </w:rPr>
            </w:pPr>
            <w:r w:rsidRPr="001C3F99">
              <w:rPr>
                <w:sz w:val="24"/>
                <w:szCs w:val="24"/>
              </w:rPr>
              <w:t>7. ______________________________</w:t>
            </w:r>
          </w:p>
        </w:tc>
      </w:tr>
      <w:tr w:rsidR="00CA6CFA" w:rsidRPr="001C3F99" w14:paraId="13364086" w14:textId="77777777">
        <w:tc>
          <w:tcPr>
            <w:tcW w:w="5156" w:type="dxa"/>
          </w:tcPr>
          <w:p w14:paraId="5718E4AC" w14:textId="77777777" w:rsidR="00CA6CFA" w:rsidRPr="001C3F99" w:rsidRDefault="00000000">
            <w:pPr>
              <w:rPr>
                <w:sz w:val="24"/>
                <w:szCs w:val="24"/>
              </w:rPr>
            </w:pPr>
            <w:r w:rsidRPr="001C3F99">
              <w:rPr>
                <w:sz w:val="24"/>
                <w:szCs w:val="24"/>
              </w:rPr>
              <w:t>3. ______________________________</w:t>
            </w:r>
          </w:p>
        </w:tc>
        <w:tc>
          <w:tcPr>
            <w:tcW w:w="5156" w:type="dxa"/>
          </w:tcPr>
          <w:p w14:paraId="71097765" w14:textId="77777777" w:rsidR="00CA6CFA" w:rsidRPr="001C3F99" w:rsidRDefault="00000000">
            <w:pPr>
              <w:rPr>
                <w:sz w:val="24"/>
                <w:szCs w:val="24"/>
              </w:rPr>
            </w:pPr>
            <w:r w:rsidRPr="001C3F99">
              <w:rPr>
                <w:sz w:val="24"/>
                <w:szCs w:val="24"/>
              </w:rPr>
              <w:t>8. ______________________________</w:t>
            </w:r>
          </w:p>
        </w:tc>
      </w:tr>
      <w:tr w:rsidR="00CA6CFA" w:rsidRPr="001C3F99" w14:paraId="30C2937B" w14:textId="77777777">
        <w:tc>
          <w:tcPr>
            <w:tcW w:w="5156" w:type="dxa"/>
          </w:tcPr>
          <w:p w14:paraId="23561EA3" w14:textId="77777777" w:rsidR="00CA6CFA" w:rsidRPr="001C3F99" w:rsidRDefault="00000000">
            <w:pPr>
              <w:rPr>
                <w:sz w:val="24"/>
                <w:szCs w:val="24"/>
              </w:rPr>
            </w:pPr>
            <w:r w:rsidRPr="001C3F99">
              <w:rPr>
                <w:sz w:val="24"/>
                <w:szCs w:val="24"/>
              </w:rPr>
              <w:t>4. ______________________________</w:t>
            </w:r>
          </w:p>
        </w:tc>
        <w:tc>
          <w:tcPr>
            <w:tcW w:w="5156" w:type="dxa"/>
          </w:tcPr>
          <w:p w14:paraId="39E21168" w14:textId="77777777" w:rsidR="00CA6CFA" w:rsidRPr="001C3F99" w:rsidRDefault="00000000">
            <w:pPr>
              <w:rPr>
                <w:sz w:val="24"/>
                <w:szCs w:val="24"/>
              </w:rPr>
            </w:pPr>
            <w:r w:rsidRPr="001C3F99">
              <w:rPr>
                <w:sz w:val="24"/>
                <w:szCs w:val="24"/>
              </w:rPr>
              <w:t>9. ______________________________</w:t>
            </w:r>
          </w:p>
        </w:tc>
      </w:tr>
      <w:tr w:rsidR="00CA6CFA" w:rsidRPr="001C3F99" w14:paraId="4D0549F8" w14:textId="77777777">
        <w:tc>
          <w:tcPr>
            <w:tcW w:w="5156" w:type="dxa"/>
          </w:tcPr>
          <w:p w14:paraId="33A0A136" w14:textId="77777777" w:rsidR="00CA6CFA" w:rsidRPr="001C3F99" w:rsidRDefault="00000000">
            <w:pPr>
              <w:rPr>
                <w:sz w:val="24"/>
                <w:szCs w:val="24"/>
              </w:rPr>
            </w:pPr>
            <w:r w:rsidRPr="001C3F99">
              <w:rPr>
                <w:sz w:val="24"/>
                <w:szCs w:val="24"/>
              </w:rPr>
              <w:t>5. ______________________________</w:t>
            </w:r>
          </w:p>
        </w:tc>
        <w:tc>
          <w:tcPr>
            <w:tcW w:w="5156" w:type="dxa"/>
          </w:tcPr>
          <w:p w14:paraId="3455720E" w14:textId="77777777" w:rsidR="00CA6CFA" w:rsidRPr="001C3F99" w:rsidRDefault="00000000">
            <w:pPr>
              <w:rPr>
                <w:sz w:val="24"/>
                <w:szCs w:val="24"/>
              </w:rPr>
            </w:pPr>
            <w:r w:rsidRPr="001C3F99">
              <w:rPr>
                <w:sz w:val="24"/>
                <w:szCs w:val="24"/>
              </w:rPr>
              <w:t>10. ______________________________</w:t>
            </w:r>
          </w:p>
        </w:tc>
      </w:tr>
    </w:tbl>
    <w:p w14:paraId="5EF3827D" w14:textId="77777777" w:rsidR="00CA6CFA" w:rsidRPr="001C3F99" w:rsidRDefault="00000000">
      <w:pPr>
        <w:rPr>
          <w:sz w:val="24"/>
          <w:szCs w:val="24"/>
          <w:lang w:val="de-DE"/>
        </w:rPr>
      </w:pPr>
      <w:r w:rsidRPr="001C3F99">
        <w:rPr>
          <w:sz w:val="24"/>
          <w:szCs w:val="24"/>
          <w:lang w:val="de-DE"/>
        </w:rPr>
        <w:t>Zusatz: Welche Hymne klang feierlich/ruhig/kämpferisch? Nenne 1 Merkmal.</w:t>
      </w:r>
    </w:p>
    <w:p w14:paraId="3EE1D59E" w14:textId="77777777" w:rsidR="00CA6CFA" w:rsidRPr="001C3F99" w:rsidRDefault="00000000">
      <w:pPr>
        <w:rPr>
          <w:sz w:val="24"/>
          <w:szCs w:val="24"/>
          <w:lang w:val="de-DE"/>
        </w:rPr>
      </w:pPr>
      <w:r w:rsidRPr="001C3F99">
        <w:rPr>
          <w:sz w:val="24"/>
          <w:szCs w:val="24"/>
          <w:lang w:val="de-DE"/>
        </w:rPr>
        <w:t>________________________________________________________________________</w:t>
      </w:r>
    </w:p>
    <w:p w14:paraId="78CCF0ED" w14:textId="77777777" w:rsidR="00CA6CFA" w:rsidRPr="001C3F99" w:rsidRDefault="00000000">
      <w:pPr>
        <w:rPr>
          <w:sz w:val="24"/>
          <w:szCs w:val="24"/>
          <w:lang w:val="de-DE"/>
        </w:rPr>
      </w:pPr>
      <w:r w:rsidRPr="001C3F99">
        <w:rPr>
          <w:sz w:val="24"/>
          <w:szCs w:val="24"/>
          <w:lang w:val="de-DE"/>
        </w:rPr>
        <w:t>________________________________________________________________________</w:t>
      </w:r>
    </w:p>
    <w:p w14:paraId="6943AED4" w14:textId="3E792FE3" w:rsidR="00CA6CFA" w:rsidRPr="001C3F99" w:rsidRDefault="00000000">
      <w:pPr>
        <w:rPr>
          <w:sz w:val="24"/>
          <w:szCs w:val="24"/>
          <w:lang w:val="de-DE"/>
        </w:rPr>
      </w:pPr>
      <w:r w:rsidRPr="001C3F99">
        <w:rPr>
          <w:b/>
          <w:sz w:val="24"/>
          <w:szCs w:val="24"/>
          <w:lang w:val="de-DE"/>
        </w:rPr>
        <w:t>6) Exit Ticket (3–2–1)</w:t>
      </w:r>
      <w:r w:rsidR="001C3F99" w:rsidRPr="001C3F99">
        <w:rPr>
          <w:b/>
          <w:sz w:val="24"/>
          <w:szCs w:val="24"/>
          <w:lang w:val="de-DE"/>
        </w:rPr>
        <w:t xml:space="preserve"> Schreibe</w:t>
      </w:r>
    </w:p>
    <w:p w14:paraId="6496E915" w14:textId="617B3526" w:rsidR="00CA6CFA" w:rsidRPr="001C3F99" w:rsidRDefault="00000000">
      <w:pPr>
        <w:rPr>
          <w:sz w:val="24"/>
          <w:szCs w:val="24"/>
          <w:lang w:val="de-DE"/>
        </w:rPr>
      </w:pPr>
      <w:r w:rsidRPr="001C3F99">
        <w:rPr>
          <w:sz w:val="24"/>
          <w:szCs w:val="24"/>
          <w:lang w:val="de-DE"/>
        </w:rPr>
        <w:t xml:space="preserve">3 Fakten: </w:t>
      </w:r>
    </w:p>
    <w:p w14:paraId="640C202F" w14:textId="625C3B4E" w:rsidR="001C3F99" w:rsidRPr="001C3F99" w:rsidRDefault="001C3F99">
      <w:pPr>
        <w:pBdr>
          <w:top w:val="single" w:sz="12" w:space="1" w:color="auto"/>
          <w:bottom w:val="single" w:sz="12" w:space="1" w:color="auto"/>
        </w:pBdr>
        <w:rPr>
          <w:sz w:val="24"/>
          <w:szCs w:val="24"/>
          <w:lang w:val="de-DE"/>
        </w:rPr>
      </w:pPr>
    </w:p>
    <w:p w14:paraId="58C395F2" w14:textId="2C827659" w:rsidR="001C3F99" w:rsidRPr="001C3F99" w:rsidRDefault="001C3F99">
      <w:pPr>
        <w:rPr>
          <w:sz w:val="24"/>
          <w:szCs w:val="24"/>
          <w:lang w:val="de-DE"/>
        </w:rPr>
      </w:pPr>
      <w:r w:rsidRPr="001C3F99">
        <w:rPr>
          <w:sz w:val="24"/>
          <w:szCs w:val="24"/>
          <w:lang w:val="de-DE"/>
        </w:rPr>
        <w:t>_______________________________________________________________</w:t>
      </w:r>
    </w:p>
    <w:p w14:paraId="0C78C451" w14:textId="77777777" w:rsidR="00CA6CFA" w:rsidRPr="001C3F99" w:rsidRDefault="00000000">
      <w:pPr>
        <w:rPr>
          <w:sz w:val="24"/>
          <w:szCs w:val="24"/>
          <w:lang w:val="de-DE"/>
        </w:rPr>
      </w:pPr>
      <w:r w:rsidRPr="001C3F99">
        <w:rPr>
          <w:sz w:val="24"/>
          <w:szCs w:val="24"/>
          <w:lang w:val="de-DE"/>
        </w:rPr>
        <w:t>2 Gefühle: ______________________________________________________________</w:t>
      </w:r>
    </w:p>
    <w:p w14:paraId="1ED2D918" w14:textId="2655EDFC" w:rsidR="001C3F99" w:rsidRPr="001C3F99" w:rsidRDefault="001C3F99">
      <w:pPr>
        <w:rPr>
          <w:sz w:val="24"/>
          <w:szCs w:val="24"/>
          <w:lang w:val="de-DE"/>
        </w:rPr>
      </w:pPr>
      <w:r w:rsidRPr="001C3F99">
        <w:rPr>
          <w:sz w:val="24"/>
          <w:szCs w:val="24"/>
          <w:lang w:val="de-DE"/>
        </w:rPr>
        <w:t>_______________________________________________________________</w:t>
      </w:r>
    </w:p>
    <w:p w14:paraId="10100A4E" w14:textId="77777777" w:rsidR="00CA6CFA" w:rsidRPr="001C3F99" w:rsidRDefault="00000000">
      <w:pPr>
        <w:rPr>
          <w:sz w:val="24"/>
          <w:szCs w:val="24"/>
        </w:rPr>
      </w:pPr>
      <w:r w:rsidRPr="001C3F99">
        <w:rPr>
          <w:sz w:val="24"/>
          <w:szCs w:val="24"/>
        </w:rPr>
        <w:t>1 Grund: ________________________________________________________________</w:t>
      </w:r>
    </w:p>
    <w:sectPr w:rsidR="00CA6CFA" w:rsidRPr="001C3F99" w:rsidSect="00034616">
      <w:pgSz w:w="12240" w:h="15840"/>
      <w:pgMar w:top="964" w:right="964" w:bottom="964" w:left="9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79911088"/>
    <w:multiLevelType w:val="hybridMultilevel"/>
    <w:tmpl w:val="B89254AA"/>
    <w:lvl w:ilvl="0" w:tplc="5ED0EE4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49328154">
    <w:abstractNumId w:val="8"/>
  </w:num>
  <w:num w:numId="2" w16cid:durableId="1156647432">
    <w:abstractNumId w:val="6"/>
  </w:num>
  <w:num w:numId="3" w16cid:durableId="2067145570">
    <w:abstractNumId w:val="5"/>
  </w:num>
  <w:num w:numId="4" w16cid:durableId="1922135537">
    <w:abstractNumId w:val="4"/>
  </w:num>
  <w:num w:numId="5" w16cid:durableId="1499271967">
    <w:abstractNumId w:val="7"/>
  </w:num>
  <w:num w:numId="6" w16cid:durableId="1096168646">
    <w:abstractNumId w:val="3"/>
  </w:num>
  <w:num w:numId="7" w16cid:durableId="1735153919">
    <w:abstractNumId w:val="2"/>
  </w:num>
  <w:num w:numId="8" w16cid:durableId="64232789">
    <w:abstractNumId w:val="1"/>
  </w:num>
  <w:num w:numId="9" w16cid:durableId="1844467304">
    <w:abstractNumId w:val="0"/>
  </w:num>
  <w:num w:numId="10" w16cid:durableId="1300919916">
    <w:abstractNumId w:val="9"/>
  </w:num>
  <w:num w:numId="11" w16cid:durableId="7429873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77097"/>
    <w:rsid w:val="0015074B"/>
    <w:rsid w:val="001C3F99"/>
    <w:rsid w:val="0029639D"/>
    <w:rsid w:val="00326F90"/>
    <w:rsid w:val="008C2B03"/>
    <w:rsid w:val="00AA1D8D"/>
    <w:rsid w:val="00B47730"/>
    <w:rsid w:val="00BD4B1A"/>
    <w:rsid w:val="00CA6CFA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5296B55"/>
  <w14:defaultImageDpi w14:val="300"/>
  <w15:docId w15:val="{E23F73DF-4B6D-4649-9937-920C2A482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1C3F99"/>
  </w:style>
  <w:style w:type="paragraph" w:styleId="1">
    <w:name w:val="heading 1"/>
    <w:basedOn w:val="a1"/>
    <w:next w:val="a1"/>
    <w:link w:val="10"/>
    <w:uiPriority w:val="9"/>
    <w:qFormat/>
    <w:rsid w:val="001C3F9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1C3F9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1C3F9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1C3F9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1C3F9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1C3F99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1C3F99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1C3F99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1C3F99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E618BF"/>
  </w:style>
  <w:style w:type="paragraph" w:styleId="a9">
    <w:name w:val="No Spacing"/>
    <w:link w:val="aa"/>
    <w:uiPriority w:val="1"/>
    <w:qFormat/>
    <w:rsid w:val="001C3F99"/>
    <w:pPr>
      <w:spacing w:after="0" w:line="240" w:lineRule="auto"/>
    </w:pPr>
  </w:style>
  <w:style w:type="character" w:customStyle="1" w:styleId="10">
    <w:name w:val="Заголовок 1 Знак"/>
    <w:basedOn w:val="a2"/>
    <w:link w:val="1"/>
    <w:uiPriority w:val="9"/>
    <w:rsid w:val="001C3F9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Заголовок 2 Знак"/>
    <w:basedOn w:val="a2"/>
    <w:link w:val="21"/>
    <w:uiPriority w:val="9"/>
    <w:rsid w:val="001C3F9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Заголовок 3 Знак"/>
    <w:basedOn w:val="a2"/>
    <w:link w:val="31"/>
    <w:uiPriority w:val="9"/>
    <w:rsid w:val="001C3F99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b">
    <w:name w:val="Title"/>
    <w:basedOn w:val="a1"/>
    <w:next w:val="a1"/>
    <w:link w:val="ac"/>
    <w:uiPriority w:val="10"/>
    <w:qFormat/>
    <w:rsid w:val="001C3F9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c">
    <w:name w:val="Заголовок Знак"/>
    <w:basedOn w:val="a2"/>
    <w:link w:val="ab"/>
    <w:uiPriority w:val="10"/>
    <w:rsid w:val="001C3F9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d">
    <w:name w:val="Subtitle"/>
    <w:basedOn w:val="a1"/>
    <w:next w:val="a1"/>
    <w:link w:val="ae"/>
    <w:uiPriority w:val="11"/>
    <w:qFormat/>
    <w:rsid w:val="001C3F9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e">
    <w:name w:val="Подзаголовок Знак"/>
    <w:basedOn w:val="a2"/>
    <w:link w:val="ad"/>
    <w:uiPriority w:val="11"/>
    <w:rsid w:val="001C3F9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f">
    <w:name w:val="List Paragraph"/>
    <w:basedOn w:val="a1"/>
    <w:uiPriority w:val="34"/>
    <w:qFormat/>
    <w:rsid w:val="001C3F99"/>
    <w:pPr>
      <w:ind w:left="720"/>
      <w:contextualSpacing/>
    </w:pPr>
  </w:style>
  <w:style w:type="paragraph" w:styleId="af0">
    <w:name w:val="Body Text"/>
    <w:basedOn w:val="a1"/>
    <w:link w:val="af1"/>
    <w:uiPriority w:val="99"/>
    <w:unhideWhenUsed/>
    <w:rsid w:val="00AA1D8D"/>
    <w:pPr>
      <w:spacing w:after="120"/>
    </w:pPr>
  </w:style>
  <w:style w:type="character" w:customStyle="1" w:styleId="af1">
    <w:name w:val="Основной текст Знак"/>
    <w:basedOn w:val="a2"/>
    <w:link w:val="af0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Основной текст 2 Знак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2"/>
    <w:link w:val="33"/>
    <w:uiPriority w:val="99"/>
    <w:rsid w:val="00AA1D8D"/>
    <w:rPr>
      <w:sz w:val="16"/>
      <w:szCs w:val="16"/>
    </w:rPr>
  </w:style>
  <w:style w:type="paragraph" w:styleId="af2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3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4">
    <w:name w:val="macro"/>
    <w:link w:val="af5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5">
    <w:name w:val="Текст макроса Знак"/>
    <w:basedOn w:val="a2"/>
    <w:link w:val="af4"/>
    <w:uiPriority w:val="99"/>
    <w:rsid w:val="0029639D"/>
    <w:rPr>
      <w:rFonts w:ascii="Courier" w:hAnsi="Courier"/>
      <w:sz w:val="20"/>
      <w:szCs w:val="20"/>
    </w:rPr>
  </w:style>
  <w:style w:type="paragraph" w:styleId="27">
    <w:name w:val="Quote"/>
    <w:basedOn w:val="a1"/>
    <w:next w:val="a1"/>
    <w:link w:val="28"/>
    <w:uiPriority w:val="29"/>
    <w:qFormat/>
    <w:rsid w:val="001C3F99"/>
    <w:rPr>
      <w:i/>
      <w:iCs/>
      <w:color w:val="000000" w:themeColor="text1"/>
    </w:rPr>
  </w:style>
  <w:style w:type="character" w:customStyle="1" w:styleId="28">
    <w:name w:val="Цитата 2 Знак"/>
    <w:basedOn w:val="a2"/>
    <w:link w:val="27"/>
    <w:uiPriority w:val="29"/>
    <w:rsid w:val="001C3F99"/>
    <w:rPr>
      <w:i/>
      <w:iCs/>
      <w:color w:val="000000" w:themeColor="text1"/>
    </w:rPr>
  </w:style>
  <w:style w:type="character" w:customStyle="1" w:styleId="40">
    <w:name w:val="Заголовок 4 Знак"/>
    <w:basedOn w:val="a2"/>
    <w:link w:val="4"/>
    <w:uiPriority w:val="9"/>
    <w:semiHidden/>
    <w:rsid w:val="001C3F9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2"/>
    <w:link w:val="5"/>
    <w:uiPriority w:val="9"/>
    <w:semiHidden/>
    <w:rsid w:val="001C3F9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2"/>
    <w:link w:val="6"/>
    <w:uiPriority w:val="9"/>
    <w:semiHidden/>
    <w:rsid w:val="001C3F9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2"/>
    <w:link w:val="7"/>
    <w:uiPriority w:val="9"/>
    <w:semiHidden/>
    <w:rsid w:val="001C3F9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2"/>
    <w:link w:val="8"/>
    <w:uiPriority w:val="9"/>
    <w:semiHidden/>
    <w:rsid w:val="001C3F99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Заголовок 9 Знак"/>
    <w:basedOn w:val="a2"/>
    <w:link w:val="9"/>
    <w:uiPriority w:val="9"/>
    <w:semiHidden/>
    <w:rsid w:val="001C3F9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6">
    <w:name w:val="caption"/>
    <w:basedOn w:val="a1"/>
    <w:next w:val="a1"/>
    <w:uiPriority w:val="35"/>
    <w:semiHidden/>
    <w:unhideWhenUsed/>
    <w:qFormat/>
    <w:rsid w:val="001C3F99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7">
    <w:name w:val="Strong"/>
    <w:basedOn w:val="a2"/>
    <w:uiPriority w:val="22"/>
    <w:qFormat/>
    <w:rsid w:val="001C3F99"/>
    <w:rPr>
      <w:b/>
      <w:bCs/>
    </w:rPr>
  </w:style>
  <w:style w:type="character" w:styleId="af8">
    <w:name w:val="Emphasis"/>
    <w:basedOn w:val="a2"/>
    <w:uiPriority w:val="20"/>
    <w:qFormat/>
    <w:rsid w:val="001C3F99"/>
    <w:rPr>
      <w:i/>
      <w:iCs/>
    </w:rPr>
  </w:style>
  <w:style w:type="paragraph" w:styleId="af9">
    <w:name w:val="Intense Quote"/>
    <w:basedOn w:val="a1"/>
    <w:next w:val="a1"/>
    <w:link w:val="afa"/>
    <w:uiPriority w:val="30"/>
    <w:qFormat/>
    <w:rsid w:val="001C3F99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a">
    <w:name w:val="Выделенная цитата Знак"/>
    <w:basedOn w:val="a2"/>
    <w:link w:val="af9"/>
    <w:uiPriority w:val="30"/>
    <w:rsid w:val="001C3F99"/>
    <w:rPr>
      <w:b/>
      <w:bCs/>
      <w:i/>
      <w:iCs/>
      <w:color w:val="4F81BD" w:themeColor="accent1"/>
    </w:rPr>
  </w:style>
  <w:style w:type="character" w:styleId="afb">
    <w:name w:val="Subtle Emphasis"/>
    <w:basedOn w:val="a2"/>
    <w:uiPriority w:val="19"/>
    <w:qFormat/>
    <w:rsid w:val="001C3F99"/>
    <w:rPr>
      <w:i/>
      <w:iCs/>
      <w:color w:val="808080" w:themeColor="text1" w:themeTint="7F"/>
    </w:rPr>
  </w:style>
  <w:style w:type="character" w:styleId="afc">
    <w:name w:val="Intense Emphasis"/>
    <w:basedOn w:val="a2"/>
    <w:uiPriority w:val="21"/>
    <w:qFormat/>
    <w:rsid w:val="001C3F99"/>
    <w:rPr>
      <w:b/>
      <w:bCs/>
      <w:i/>
      <w:iCs/>
      <w:color w:val="4F81BD" w:themeColor="accent1"/>
    </w:rPr>
  </w:style>
  <w:style w:type="character" w:styleId="afd">
    <w:name w:val="Subtle Reference"/>
    <w:basedOn w:val="a2"/>
    <w:uiPriority w:val="31"/>
    <w:qFormat/>
    <w:rsid w:val="001C3F99"/>
    <w:rPr>
      <w:smallCaps/>
      <w:color w:val="C0504D" w:themeColor="accent2"/>
      <w:u w:val="single"/>
    </w:rPr>
  </w:style>
  <w:style w:type="character" w:styleId="afe">
    <w:name w:val="Intense Reference"/>
    <w:basedOn w:val="a2"/>
    <w:uiPriority w:val="32"/>
    <w:qFormat/>
    <w:rsid w:val="001C3F99"/>
    <w:rPr>
      <w:b/>
      <w:bCs/>
      <w:smallCaps/>
      <w:color w:val="C0504D" w:themeColor="accent2"/>
      <w:spacing w:val="5"/>
      <w:u w:val="single"/>
    </w:rPr>
  </w:style>
  <w:style w:type="character" w:styleId="aff">
    <w:name w:val="Book Title"/>
    <w:basedOn w:val="a2"/>
    <w:uiPriority w:val="33"/>
    <w:qFormat/>
    <w:rsid w:val="001C3F99"/>
    <w:rPr>
      <w:b/>
      <w:bCs/>
      <w:smallCaps/>
      <w:spacing w:val="5"/>
    </w:rPr>
  </w:style>
  <w:style w:type="paragraph" w:styleId="aff0">
    <w:name w:val="TOC Heading"/>
    <w:basedOn w:val="1"/>
    <w:next w:val="a1"/>
    <w:uiPriority w:val="39"/>
    <w:semiHidden/>
    <w:unhideWhenUsed/>
    <w:qFormat/>
    <w:rsid w:val="001C3F99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9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a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b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customStyle="1" w:styleId="aa">
    <w:name w:val="Без интервала Знак"/>
    <w:basedOn w:val="a2"/>
    <w:link w:val="a9"/>
    <w:uiPriority w:val="1"/>
    <w:rsid w:val="001C3F99"/>
  </w:style>
  <w:style w:type="paragraph" w:customStyle="1" w:styleId="PersonalName">
    <w:name w:val="Personal Name"/>
    <w:basedOn w:val="ab"/>
    <w:rsid w:val="001C3F99"/>
    <w:rPr>
      <w:b/>
      <w:caps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367</Words>
  <Characters>2098</Characters>
  <Application>Microsoft Office Word</Application>
  <DocSecurity>0</DocSecurity>
  <Lines>17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2461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Vadym Yatsunyk</cp:lastModifiedBy>
  <cp:revision>2</cp:revision>
  <dcterms:created xsi:type="dcterms:W3CDTF">2026-02-04T22:06:00Z</dcterms:created>
  <dcterms:modified xsi:type="dcterms:W3CDTF">2026-02-04T22:06:00Z</dcterms:modified>
  <cp:category/>
</cp:coreProperties>
</file>