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Lösungsblatt – Arbeitsblatt 1 (Basis) – Protest gegen die Fürstenherrschaft</w:t>
      </w:r>
    </w:p>
    <w:p>
      <w:pPr>
        <w:pStyle w:val="Heading2"/>
      </w:pPr>
      <w:r>
        <w:t>A) Glossar – Lösungsvorschläge</w:t>
      </w:r>
    </w:p>
    <w:p>
      <w:r>
        <w:t>Hinweis: Das Glossar ist bereits mit einfachen Erklärungen ausgefüllt. Es dient als Lösung und Sprachhilfe.</w:t>
      </w:r>
    </w:p>
    <w:p>
      <w:pPr>
        <w:pStyle w:val="Heading2"/>
      </w:pPr>
      <w:r>
        <w:t>B) Aufgaben zum Text – Musterlösungen</w:t>
      </w:r>
    </w:p>
    <w:p>
      <w:r>
        <w:rPr>
          <w:b/>
        </w:rPr>
        <w:t>1. Markiert im Text:</w:t>
      </w:r>
    </w:p>
    <w:p>
      <w:r>
        <w:t>Mögliche Lösungen (bezogen auf die vereinfachten Texte A, B und C aus Material M1):</w:t>
      </w:r>
    </w:p>
    <w:p>
      <w:r>
        <w:t>a) Ursachen für den Protest (Warum waren viele Menschen unzufrieden?):</w:t>
      </w:r>
    </w:p>
    <w:p>
      <w:r>
        <w:t>- Die Fürsten haben nach dem Wiener Kongress wieder sehr viel Macht.</w:t>
      </w:r>
    </w:p>
    <w:p>
      <w:r>
        <w:t>- Das Volk hat kaum Rechte und darf nicht mitbestimmen.</w:t>
      </w:r>
    </w:p>
    <w:p>
      <w:r>
        <w:t>- Viele Menschen wünschen sich Freiheit und einen gemeinsamen deutschen Staat.</w:t>
      </w:r>
    </w:p>
    <w:p>
      <w:r>
        <w:t>- Studenten und Bürger stören sich an Zensur und Überwachung.</w:t>
      </w:r>
    </w:p>
    <w:p>
      <w:r>
        <w:t>- Die alten Herrschaftsformen („Restauration“) werden als ungerecht erlebt.</w:t>
      </w:r>
    </w:p>
    <w:p>
      <w:r>
        <w:t>b) Formen des Protests (Was haben die Menschen getan?):</w:t>
      </w:r>
    </w:p>
    <w:p>
      <w:r>
        <w:t>- Gründung von Burschenschaften (Studentenvereinen).</w:t>
      </w:r>
    </w:p>
    <w:p>
      <w:r>
        <w:t>- Treffen zu Festen und Feiern mit politischen Reden.</w:t>
      </w:r>
    </w:p>
    <w:p>
      <w:r>
        <w:t>- Tragen von schwarz-rot-goldenen Bändern und Fahnen.</w:t>
      </w:r>
    </w:p>
    <w:p>
      <w:r>
        <w:t>- Verfassen von kritischen Texten, Liedern und Flugblättern.</w:t>
      </w:r>
    </w:p>
    <w:p>
      <w:r>
        <w:t>- Teilnahme am Hambacher Fest 1832 mit einem großen Demonstrationszug.</w:t>
      </w:r>
    </w:p>
    <w:p>
      <w:r>
        <w:t>c) Reaktion der Fürsten (Wie haben die Herrscher reagiert?):</w:t>
      </w:r>
    </w:p>
    <w:p>
      <w:r>
        <w:t>- Verabschiedung der Karlsbader Beschlüsse (strenge Gesetze).</w:t>
      </w:r>
    </w:p>
    <w:p>
      <w:r>
        <w:t>- Verbot von Studentenvereinen und Burschenschaften.</w:t>
      </w:r>
    </w:p>
    <w:p>
      <w:r>
        <w:t>- Überwachung von Universitäten, Professoren und Studenten durch Polizei und Spitzel.</w:t>
      </w:r>
    </w:p>
    <w:p>
      <w:r>
        <w:t>- Strenge Zensur von Zeitungen und Büchern (kritische Texte werden verboten).</w:t>
      </w:r>
    </w:p>
    <w:p>
      <w:r>
        <w:t>- Verfolgung und Bestrafung von Rednern und Anführern (z. B. nach dem Hambacher Fest).</w:t>
      </w:r>
    </w:p>
    <w:p>
      <w:r>
        <w:rPr>
          <w:b/>
        </w:rPr>
        <w:t>2. Lückentext:</w:t>
      </w:r>
    </w:p>
    <w:p>
      <w:r>
        <w:t>„Die Studenten wollten **Freiheit** und einen **deutschen Nationalstaat**. Viele Fürsten hatten Angst vor einer neuen **Revolution**.“</w:t>
      </w:r>
    </w:p>
    <w:p>
      <w:r>
        <w:rPr>
          <w:b/>
        </w:rPr>
        <w:t>3. Unterstreicht im Glossar die Begriffe, die in eurem Text vorkommen.</w:t>
      </w:r>
    </w:p>
    <w:p>
      <w:r>
        <w:t>Mögliche Lösungen (je nach Textausschnitt):</w:t>
      </w:r>
    </w:p>
    <w:p>
      <w:r>
        <w:t>• Gruppe A („Studenten protestieren“): Fürstenherrschaft, Wiener Kongress, Deutscher Bund, Burschenschaft, Meinungsfreiheit, Pressefreiheit.</w:t>
      </w:r>
    </w:p>
    <w:p>
      <w:r>
        <w:t>• Gruppe B („Verbote, Überwachung, Zensur“): Fürstenherrschaft, Deutscher Bund, Zensur, Überwachung, (Karlsbader Beschlüsse – falls im Glossar ergänzt).</w:t>
      </w:r>
    </w:p>
    <w:p>
      <w:r>
        <w:t>• Gruppe C („Hambacher Fest“): Hambacher Fest, Deutscher Bund, Freiheit (implizit über Meinungs- und Pressefreiheit), Nationalstaat.</w:t>
      </w:r>
    </w:p>
    <w:p>
      <w:r>
        <w:rPr>
          <w:b/>
        </w:rPr>
        <w:t>4. Nennt drei Probleme, die die Studenten damals hatten.</w:t>
      </w:r>
    </w:p>
    <w:p>
      <w:r>
        <w:t>- Ihre Vereine (Burschenschaften) werden verboten.</w:t>
      </w:r>
    </w:p>
    <w:p>
      <w:r>
        <w:t>- Sie werden von Polizei und Spitzeln überwacht.</w:t>
      </w:r>
    </w:p>
    <w:p>
      <w:r>
        <w:t>- Sie dürfen ihre Meinung nicht frei sagen (Zensur, drohende Strafen).</w:t>
      </w:r>
    </w:p>
    <w:p>
      <w:r>
        <w:t>- Sie können ihren Beruf verlieren, wenn sie kritisch sind (z. B. als Lehrer).</w:t>
      </w:r>
    </w:p>
    <w:p>
      <w:r>
        <w:t>- Sie haben keine echte politische Mitbestimmung.</w:t>
      </w:r>
    </w:p>
    <w:p>
      <w:r>
        <w:rPr>
          <w:b/>
        </w:rPr>
        <w:t>5. Beschreibt in 2–3 Sätzen, was beim Hambacher Fest passiert ist (nur Gruppe C).</w:t>
      </w:r>
    </w:p>
    <w:p>
      <w:r>
        <w:t>Beispielantwort:</w:t>
      </w:r>
    </w:p>
    <w:p>
      <w:r>
        <w:t>„Beim Hambacher Fest 1832 trafen sich viele Menschen aus verschiedenen deutschen Staaten. Sie zogen mit schwarz-rot-goldenen Fahnen zu einer Burg und hörten Reden. Die Menschen forderten Freiheit, Rechte und einen deutschen Nationalstaat.“</w:t>
      </w:r>
    </w:p>
    <w:p>
      <w:r>
        <w:rPr>
          <w:b/>
        </w:rPr>
        <w:t>6. Malt ein passendes Symbol zu eurem Text.</w:t>
      </w:r>
    </w:p>
    <w:p>
      <w:r>
        <w:t>Mögliche Symbole:</w:t>
      </w:r>
    </w:p>
    <w:p>
      <w:r>
        <w:t>- Schwarz-rot-goldene Fahne oder Band (Nationalbewegung).</w:t>
      </w:r>
    </w:p>
    <w:p>
      <w:r>
        <w:t>- Buch oder Zeitung mit Schloss / Kette (Zensur).</w:t>
      </w:r>
    </w:p>
    <w:p>
      <w:r>
        <w:t>- Polizeimütze oder Auge (Überwachung).</w:t>
      </w:r>
    </w:p>
    <w:p>
      <w:r>
        <w:t>- Gebrochene Kette (Befreiung von Unterdrückung).</w:t>
      </w:r>
    </w:p>
    <w:p>
      <w:r>
        <w:rPr>
          <w:b/>
        </w:rPr>
        <w:t>7. Vorbereitung mündliche Erklärung.</w:t>
      </w:r>
    </w:p>
    <w:p>
      <w:r>
        <w:t>Hinweis: Hier gibt es keine feste Musterlösung. Wichtig ist, dass die Schülerinnen und Schüler kurz Ursachen, Formen des Protests und die Reaktion der Fürsten nennen können.</w:t>
      </w:r>
    </w:p>
    <w:p>
      <w:r>
        <w:rPr>
          <w:b/>
        </w:rPr>
        <w:t>8. Gefühle einkreisen.</w:t>
      </w:r>
    </w:p>
    <w:p>
      <w:r>
        <w:t>Mögliche passende Gefühle: Angst, Mut, Hoffnung, Wut (Gleichgültigkeit passt eher nicht).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