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Lösungsblatt – Arbeitsblatt 2 (Erweitert) – Protest damals und heute</w:t>
      </w:r>
    </w:p>
    <w:p>
      <w:pPr>
        <w:pStyle w:val="Heading2"/>
      </w:pPr>
      <w:r>
        <w:t>A) Wiederholung – Protest damals</w:t>
      </w:r>
    </w:p>
    <w:p>
      <w:r>
        <w:rPr>
          <w:b/>
        </w:rPr>
        <w:t>1. Erkläre mit eigenen Worten: Was bedeutet „Zensur“? Warum war sie für die Fürsten wichtig?</w:t>
      </w:r>
    </w:p>
    <w:p>
      <w:r>
        <w:t>Beispielantwort: „Zensur bedeutet, dass der Staat Zeitungen, Bücher und andere Texte kontrolliert. Dinge, die den Herrschern nicht gefallen, werden verboten. Die Fürsten wollten mit der Zensur verhindern, dass die Menschen kritische Texte lesen und sich gegen sie zusammentun.“</w:t>
      </w:r>
    </w:p>
    <w:p>
      <w:r>
        <w:rPr>
          <w:b/>
        </w:rPr>
        <w:t>2. Nenne zwei Forderungen der Menschen beim Hambacher Fest.</w:t>
      </w:r>
    </w:p>
    <w:p>
      <w:r>
        <w:t>Mögliche Antworten (mindestens zwei):</w:t>
      </w:r>
    </w:p>
    <w:p>
      <w:r>
        <w:t>- Mehr Freiheit und Rechte für die Bürger.</w:t>
      </w:r>
    </w:p>
    <w:p>
      <w:r>
        <w:t>- Einen deutschen Nationalstaat / Einheit Deutschlands.</w:t>
      </w:r>
    </w:p>
    <w:p>
      <w:r>
        <w:t>- Mitbestimmung des Volkes (z. B. durch eine Verfassung).</w:t>
      </w:r>
    </w:p>
    <w:p>
      <w:r>
        <w:t>- Aufhebung der Zensur.</w:t>
      </w:r>
    </w:p>
    <w:p>
      <w:r>
        <w:t>- Gleichberechtigung für mehr Gruppen der Gesellschaft.</w:t>
      </w:r>
    </w:p>
    <w:p>
      <w:r>
        <w:rPr>
          <w:b/>
        </w:rPr>
        <w:t>3. Vergleiche: Welche Farben hatten die Fahnen beim Hambacher Fest? Was bedeuten diese Farben heute in Deutschland?</w:t>
      </w:r>
    </w:p>
    <w:p>
      <w:r>
        <w:t>Beispielantwort: „Beim Hambacher Fest trugen die Menschen Fahnen in den Farben Schwarz-Rot-Gold. Diese Farben stehen heute noch in der deutschen Flagge. Heute symbolisieren sie Deutschland als Nationalstaat und auch Werte wie Einheit und Freiheit.“</w:t>
      </w:r>
    </w:p>
    <w:p>
      <w:pPr>
        <w:pStyle w:val="Heading2"/>
      </w:pPr>
      <w:r>
        <w:t>B) Protest heute – Vergleiche</w:t>
      </w:r>
    </w:p>
    <w:p>
      <w:r>
        <w:rPr>
          <w:b/>
        </w:rPr>
        <w:t>4. Denke an eine aktuelle Protestaktion (z. B. Klimaschutz, Krieg, Rassismus). Beschreibe kurz, worum es dabei geht.</w:t>
      </w:r>
    </w:p>
    <w:p>
      <w:r>
        <w:t>Beispielantwort (Klimaschutz): „Bei den Klimaschutz-Demonstrationen protestieren viele junge Menschen gegen die Zerstörung der Umwelt. Sie fordern von der Politik, dass weniger CO₂ ausgestoßen wird und dass die Erde für die Zukunft geschützt wird.“</w:t>
      </w:r>
    </w:p>
    <w:p>
      <w:r>
        <w:rPr>
          <w:b/>
        </w:rPr>
        <w:t>5. Vergleiche in einer Tabelle: Wie protestieren Menschen heute? Wie protestierten sie im 19. Jahrhundert? (Schreibe mindestens drei Gemeinsamkeiten und drei Unterschiede.)</w:t>
      </w:r>
    </w:p>
    <w:p>
      <w:r>
        <w:t>Mögliche Lösungen:</w:t>
      </w:r>
    </w:p>
    <w:p>
      <w:r>
        <w:t>**Gemeinsamkeiten:**</w:t>
      </w:r>
    </w:p>
    <w:p>
      <w:r>
        <w:t>- Menschen gehen gemeinsam auf die Straße und bilden Demonstrationszüge.</w:t>
      </w:r>
    </w:p>
    <w:p>
      <w:r>
        <w:t>- Es werden Reden gehalten.</w:t>
      </w:r>
    </w:p>
    <w:p>
      <w:r>
        <w:t>- Es gibt Fahnen, Plakate oder andere Symbole.</w:t>
      </w:r>
    </w:p>
    <w:p>
      <w:r>
        <w:t>- Die Menschen protestieren gegen Ungerechtigkeit und fordern Rechte.</w:t>
      </w:r>
    </w:p>
    <w:p>
      <w:r>
        <w:t>**Unterschiede:**</w:t>
      </w:r>
    </w:p>
    <w:p>
      <w:r>
        <w:t>- Damals herrschten Fürsten ohne demokratische Wahlen; heute leben wir in einer Demokratie mit Wahlen.</w:t>
      </w:r>
    </w:p>
    <w:p>
      <w:r>
        <w:t>- Damals war Protest oft verboten und wurde streng bestraft; heute sind Demonstrationen grundsätzlich erlaubt (Grundgesetz).</w:t>
      </w:r>
    </w:p>
    <w:p>
      <w:r>
        <w:t>- Damals gab es strenge Zensur von Zeitungen und Büchern; heute gibt es Pressefreiheit.</w:t>
      </w:r>
    </w:p>
    <w:p>
      <w:r>
        <w:t>- Heute nutzen Menschen zusätzlich soziale Medien (Internet, Hashtags), um zu protestieren; damals gab es nur Flugblätter, Lieder und Reden.</w:t>
      </w:r>
    </w:p>
    <w:p>
      <w:r>
        <w:t>- Heute schützt die Polizei bei legalen Demos meistens die Demonstrierenden; damals waren Polizei und Soldaten oft dazu da, Proteste zu verhindern.</w:t>
      </w:r>
    </w:p>
    <w:p>
      <w:r>
        <w:rPr>
          <w:b/>
        </w:rPr>
        <w:t>6. Bewerte: Findest du es wichtig, dass Menschen in Deutschland demonstrieren dürfen? Begründe deine Meinung in 3–4 Sätzen.</w:t>
      </w:r>
    </w:p>
    <w:p>
      <w:r>
        <w:t>Beispielantwort: „Ja, ich finde es sehr wichtig, dass Menschen demonstrieren dürfen. Nur so können sie ihre Meinung öffentlich zeigen und auf Probleme aufmerksam machen. Wenn niemand protestieren dürfte, könnten Politiker vieles entscheiden, ohne die Menschen zu fragen. Protest ist ein wichtiges Zeichen für Freiheit und Demokratie.“</w:t>
      </w:r>
    </w:p>
    <w:p>
      <w:pPr>
        <w:pStyle w:val="Heading2"/>
      </w:pPr>
      <w:r>
        <w:t>C) Rollenspiel und Perspektivwechsel – Skript schreiben</w:t>
      </w:r>
    </w:p>
    <w:p>
      <w:r>
        <w:rPr>
          <w:b/>
        </w:rPr>
        <w:t>7. und 8. (Rollen auswählen, Stichpunkte notieren, Sätze formulieren)</w:t>
      </w:r>
    </w:p>
    <w:p>
      <w:r>
        <w:t>Hinweis: Die Lösungen sind je nach gewählten Rollen unterschiedlich. Hier geht es darum, dass die Schülerinnen und Schüler passend zu ihrer Rolle Wünsche, Ängste und wichtige Freiheiten benennen (z. B. Freiheit, Meinungsfreiheit, Pressefreiheit, Versammlungsfreiheit).</w:t>
      </w:r>
    </w:p>
    <w:p>
      <w:r>
        <w:rPr>
          <w:b/>
        </w:rPr>
        <w:t>9. Schreibt gemeinsam ein kurzes Rollenspiel-Skript (mindestens 8 Sätze).</w:t>
      </w:r>
    </w:p>
    <w:p>
      <w:r>
        <w:t>Beispiel: Eine Begegnung von Student Karl, Fürst Ludwig und Bürgerin Anna auf oder nach dem Hambacher Fest, in der klar wird, warum die Menschen protestieren und wovor die Fürsten Angst haben.</w:t>
      </w:r>
    </w:p>
    <w:p>
      <w:r>
        <w:rPr>
          <w:b/>
        </w:rPr>
        <w:t>10. Achtet darauf, dass im Rollenspiel deutlich wird: Warum Protest? Was denken die Herrschenden? Welche Rolle spielt Freiheit?</w:t>
      </w:r>
    </w:p>
    <w:p>
      <w:r>
        <w:t>Mögliche Kernaussagen:</w:t>
      </w:r>
    </w:p>
    <w:p>
      <w:r>
        <w:t>- Die Protestierenden wollen Freiheit, Rechte und Mitbestimmung.</w:t>
      </w:r>
    </w:p>
    <w:p>
      <w:r>
        <w:t>- Die Fürsten haben Angst, ihre Macht zu verlieren und fürchten eine Revolution.</w:t>
      </w:r>
    </w:p>
    <w:p>
      <w:r>
        <w:t>- Freiheiten wie Meinungs-, Presse- und Versammlungsfreiheit sind entscheidend, damit Protest möglich ist.</w:t>
      </w:r>
    </w:p>
    <w:p>
      <w:r>
        <w:rPr>
          <w:b/>
        </w:rPr>
        <w:t>11. Reflektiere: Mit welcher Rolle konntest du dich am besten identifizieren? Begründe deine Antwort in 4–5 Sätzen.</w:t>
      </w:r>
    </w:p>
    <w:p>
      <w:r>
        <w:t>Hinweis: Hier gibt es viele mögliche persönliche Antworten. Wichtig ist, dass die Schülerinnen und Schüler ihre Wahl mit passenden Argumenten begründen (z. B. „Ich konnte mich gut in Leyla hineinversetzen, weil…“).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