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Material M1 – Textauszüge für das Gruppenpuzzle</w:t>
      </w:r>
    </w:p>
    <w:p>
      <w:pPr>
        <w:pStyle w:val="Heading2"/>
      </w:pPr>
      <w:r>
        <w:t>Text A – Studenten protestieren</w:t>
      </w:r>
    </w:p>
    <w:p>
      <w:r>
        <w:t>Nach dem Wiener Kongress haben die Fürsten wieder viel Macht</w:t>
      </w:r>
    </w:p>
    <w:p>
      <w:r>
        <w:t>Viele junge Menschen sind unzufrieden</w:t>
      </w:r>
    </w:p>
    <w:p>
      <w:r>
        <w:t>Vor allem Studenten sind wütend</w:t>
      </w:r>
    </w:p>
    <w:p>
      <w:r>
        <w:t>Sie wollen nicht mehr, dass nur die Fürsten allein entscheiden</w:t>
      </w:r>
    </w:p>
    <w:p>
      <w:r>
        <w:t>Die Studenten gründen Vereine</w:t>
      </w:r>
    </w:p>
    <w:p>
      <w:r>
        <w:t>Diese Vereine heißen Burschenschaften</w:t>
      </w:r>
    </w:p>
    <w:p>
      <w:r>
        <w:t>Dort sprechen sie über Freiheit und einen gemeinsamen deutschen Staat</w:t>
      </w:r>
    </w:p>
    <w:p>
      <w:r>
        <w:t>Sie treffen sich zu Festen und Feiern und halten Reden</w:t>
      </w:r>
    </w:p>
    <w:p>
      <w:r>
        <w:t>Die Studenten tragen manchmal schwarz-rot-goldene Bänder oder Fahnen</w:t>
      </w:r>
    </w:p>
    <w:p>
      <w:r>
        <w:t>Diese Farben stehen für Einheit und Freiheit</w:t>
      </w:r>
    </w:p>
    <w:p>
      <w:r>
        <w:t>Die Fürsten haben Angst: Wenn die Studenten viele Menschen überzeugen, könnte es eine Revolution geben.</w:t>
      </w:r>
    </w:p>
    <w:p>
      <w:r>
        <w:br w:type="page"/>
      </w:r>
    </w:p>
    <w:p>
      <w:pPr>
        <w:pStyle w:val="Heading2"/>
      </w:pPr>
      <w:r>
        <w:t>Text B – Verbote, Überwachung, Zensur</w:t>
      </w:r>
    </w:p>
    <w:p>
      <w:r>
        <w:t>Ein Student ermordet 1819 den Schriftsteller Kotzebue</w:t>
      </w:r>
    </w:p>
    <w:p>
      <w:r>
        <w:t>Viele Fürsten nutzen diesen Mord als Anlass für strengere Gesetze</w:t>
      </w:r>
    </w:p>
    <w:p>
      <w:r>
        <w:t>Sie treffen sich in der Stadt Karlsbad</w:t>
      </w:r>
    </w:p>
    <w:p>
      <w:r>
        <w:t>Dort beschließen sie die sogenannten Karlsbader Beschlüsse</w:t>
      </w:r>
    </w:p>
    <w:p>
      <w:r>
        <w:t>Studentenvereine und Burschenschaften werden verboten</w:t>
      </w:r>
    </w:p>
    <w:p>
      <w:r>
        <w:t>Die Polizei überwacht die Universitäten</w:t>
      </w:r>
    </w:p>
    <w:p>
      <w:r>
        <w:t>Professoren dürfen bestimmte Themen nicht mehr offen ansprechen</w:t>
      </w:r>
    </w:p>
    <w:p>
      <w:r>
        <w:t>Zeitungen und Bücher werden streng zensiert</w:t>
      </w:r>
    </w:p>
    <w:p>
      <w:r>
        <w:t>Nur Texte, die den Fürsten gefallen, dürfen gedruckt werden</w:t>
      </w:r>
    </w:p>
    <w:p>
      <w:r>
        <w:t>Wer gegen die Verbote verstößt, kann seinen Beruf verlieren oder ins Gefängnis kommen.</w:t>
      </w:r>
    </w:p>
    <w:p>
      <w:r>
        <w:br w:type="page"/>
      </w:r>
    </w:p>
    <w:p>
      <w:pPr>
        <w:pStyle w:val="Heading2"/>
      </w:pPr>
      <w:r>
        <w:t>Text C – Das Hambacher Fest 1832</w:t>
      </w:r>
    </w:p>
    <w:p>
      <w:r>
        <w:t>Trotz aller Verbote hören die Menschen nicht auf zu protestieren</w:t>
      </w:r>
    </w:p>
    <w:p>
      <w:r>
        <w:t>Im Mai 1832 findet in Hambach ein großes Fest statt</w:t>
      </w:r>
    </w:p>
    <w:p>
      <w:r>
        <w:t>Viele Menschen aus verschiedenen deutschen Staaten kommen zusammen</w:t>
      </w:r>
    </w:p>
    <w:p>
      <w:r>
        <w:t>Es sind Männer und Frauen, Bürger und Studenten</w:t>
      </w:r>
    </w:p>
    <w:p>
      <w:r>
        <w:t>Sie laufen mit schwarz-rot-goldenen Fahnen zu einer alten Burgruine</w:t>
      </w:r>
    </w:p>
    <w:p>
      <w:r>
        <w:t>Dort halten sie Reden</w:t>
      </w:r>
    </w:p>
    <w:p>
      <w:r>
        <w:t>Sie fordern Freiheit, Rechte und einen deutschen Nationalstaat</w:t>
      </w:r>
    </w:p>
    <w:p>
      <w:r>
        <w:t>Sie wollen, dass das Volk mitbestimmen darf</w:t>
      </w:r>
    </w:p>
    <w:p>
      <w:r>
        <w:t>Die Fürsten sind sehr beunruhigt</w:t>
      </w:r>
    </w:p>
    <w:p>
      <w:r>
        <w:t>Nach dem Fest verschärfen sie die Verbote und verfolgen manche Redner.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