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Material M3 – Rollenkarten „Protest gegen die Fürstenherrschaft“</w:t>
      </w:r>
    </w:p>
    <w:p>
      <w:pPr>
        <w:pStyle w:val="Heading2"/>
      </w:pPr>
      <w:r>
        <w:t>Rolle 1 – Student Karl (Burschenschaft, 1832)</w:t>
      </w:r>
    </w:p>
    <w:p>
      <w:r>
        <w:t>Wer bin ich?</w:t>
      </w:r>
    </w:p>
    <w:p>
      <w:r>
        <w:t>- Ich bin Student an einer Universität.</w:t>
      </w:r>
    </w:p>
    <w:p>
      <w:r>
        <w:t>- Ich bin Mitglied in einer Burschenschaft (Studentenverein).</w:t>
      </w:r>
    </w:p>
    <w:p>
      <w:r>
        <w:t>- Ich will Freiheit und einen deutschen Nationalstaat.</w:t>
      </w:r>
    </w:p>
    <w:p/>
    <w:p>
      <w:r>
        <w:t>Was will ich?</w:t>
      </w:r>
    </w:p>
    <w:p>
      <w:r>
        <w:t>- Mehr Rechte für das Volk.</w:t>
      </w:r>
    </w:p>
    <w:p>
      <w:r>
        <w:t>- Die Fürsten sollen nicht alles allein entscheiden.</w:t>
      </w:r>
    </w:p>
    <w:p>
      <w:r>
        <w:t>- Pressefreiheit und Meinungsfreiheit.</w:t>
      </w:r>
    </w:p>
    <w:p/>
    <w:p>
      <w:r>
        <w:t>Wovor habe ich Angst?</w:t>
      </w:r>
    </w:p>
    <w:p>
      <w:r>
        <w:t>- Vor der Polizei und vor Spitzeln.</w:t>
      </w:r>
    </w:p>
    <w:p>
      <w:r>
        <w:t>- Vor Gefängnis oder Berufsverbot.</w:t>
      </w:r>
    </w:p>
    <w:p/>
    <w:p>
      <w:r>
        <w:t>Gefühle (passe Wörter an deine Rolle an): Mut – Angst – Wut – Hoffnung – Traurigkeit</w:t>
      </w:r>
    </w:p>
    <w:p/>
    <w:p>
      <w:r>
        <w:t>Satzanfänge:</w:t>
      </w:r>
    </w:p>
    <w:p>
      <w:r>
        <w:t>- „Ich bin Student und ich finde, dass …“</w:t>
      </w:r>
    </w:p>
    <w:p>
      <w:r>
        <w:t>- „Die Fürsten sind ungerecht, weil …“</w:t>
      </w:r>
    </w:p>
    <w:p>
      <w:r>
        <w:t>- „Ich wünsche mir, dass wir … dürfen.“</w:t>
      </w:r>
    </w:p>
    <w:p>
      <w:r>
        <w:br w:type="page"/>
      </w:r>
    </w:p>
    <w:p>
      <w:pPr>
        <w:pStyle w:val="Heading2"/>
      </w:pPr>
      <w:r>
        <w:t>Rolle 2 – Fürst Ludwig (Herrscher)</w:t>
      </w:r>
    </w:p>
    <w:p>
      <w:r>
        <w:t>Wer bin ich?</w:t>
      </w:r>
    </w:p>
    <w:p>
      <w:r>
        <w:t>- Ich bin Fürst und Herrscher eines kleinen Staates.</w:t>
      </w:r>
    </w:p>
    <w:p>
      <w:r>
        <w:t>- Ich habe viel Macht und will Ordnung im Land.</w:t>
      </w:r>
    </w:p>
    <w:p/>
    <w:p>
      <w:r>
        <w:t>Was will ich?</w:t>
      </w:r>
    </w:p>
    <w:p>
      <w:r>
        <w:t>- Die alte Ordnung erhalten (Restauration).</w:t>
      </w:r>
    </w:p>
    <w:p>
      <w:r>
        <w:t>- Keine Revolution wie in Frankreich.</w:t>
      </w:r>
    </w:p>
    <w:p/>
    <w:p>
      <w:r>
        <w:t>Wovor habe ich Angst?</w:t>
      </w:r>
    </w:p>
    <w:p>
      <w:r>
        <w:t>- Vor Studenten, die neue Ideen verbreiten.</w:t>
      </w:r>
    </w:p>
    <w:p>
      <w:r>
        <w:t>- Vor Aufständen und dem Verlust meiner Macht.</w:t>
      </w:r>
    </w:p>
    <w:p/>
    <w:p>
      <w:r>
        <w:t>Gefühle: Angst – Misstrauen – Stolz – Wut – Unsicherheit</w:t>
      </w:r>
    </w:p>
    <w:p/>
    <w:p>
      <w:r>
        <w:t>Satzanfänge:</w:t>
      </w:r>
    </w:p>
    <w:p>
      <w:r>
        <w:t>- „Ich bin Fürst und ich habe die Pflicht, …“</w:t>
      </w:r>
    </w:p>
    <w:p>
      <w:r>
        <w:t>- „Die Studenten sind gefährlich, weil …“</w:t>
      </w:r>
    </w:p>
    <w:p>
      <w:r>
        <w:t>- „Ich muss strenge Gesetze machen, damit …“</w:t>
      </w:r>
    </w:p>
    <w:p>
      <w:r>
        <w:br w:type="page"/>
      </w:r>
    </w:p>
    <w:p>
      <w:pPr>
        <w:pStyle w:val="Heading2"/>
      </w:pPr>
      <w:r>
        <w:t>Rolle 3 – Polizist Weber</w:t>
      </w:r>
    </w:p>
    <w:p>
      <w:r>
        <w:t>Wer bin ich?</w:t>
      </w:r>
    </w:p>
    <w:p>
      <w:r>
        <w:t>- Ich arbeite als Polizist.</w:t>
      </w:r>
    </w:p>
    <w:p>
      <w:r>
        <w:t>- Ich bekomme Befehle vom Fürsten.</w:t>
      </w:r>
    </w:p>
    <w:p/>
    <w:p>
      <w:r>
        <w:t>Was muss ich tun?</w:t>
      </w:r>
    </w:p>
    <w:p>
      <w:r>
        <w:t>- Studentenvereine überwachen.</w:t>
      </w:r>
    </w:p>
    <w:p>
      <w:r>
        <w:t>- Zeitungen und Bücher kontrollieren.</w:t>
      </w:r>
    </w:p>
    <w:p>
      <w:r>
        <w:t>- Illegale Treffen auflösen.</w:t>
      </w:r>
    </w:p>
    <w:p/>
    <w:p>
      <w:r>
        <w:t>Wovor habe ich Angst?</w:t>
      </w:r>
    </w:p>
    <w:p>
      <w:r>
        <w:t>- Dass ich meinen Beruf verliere, wenn ich nicht gehorche.</w:t>
      </w:r>
    </w:p>
    <w:p>
      <w:r>
        <w:t>- Vor Gewalt bei Protesten.</w:t>
      </w:r>
    </w:p>
    <w:p/>
    <w:p>
      <w:r>
        <w:t>Gefühle: Pflichtgefühl – Angst – Zweifel – Unsicherheit</w:t>
      </w:r>
    </w:p>
    <w:p/>
    <w:p>
      <w:r>
        <w:t>Satzanfänge:</w:t>
      </w:r>
    </w:p>
    <w:p>
      <w:r>
        <w:t>- „Ich habe den Auftrag, …“</w:t>
      </w:r>
    </w:p>
    <w:p>
      <w:r>
        <w:t>- „Es tut mir leid, aber ich muss …“</w:t>
      </w:r>
    </w:p>
    <w:p>
      <w:r>
        <w:t>- „Die Gesetze sagen, dass … verboten ist.“</w:t>
      </w:r>
    </w:p>
    <w:p>
      <w:r>
        <w:br w:type="page"/>
      </w:r>
    </w:p>
    <w:p>
      <w:pPr>
        <w:pStyle w:val="Heading2"/>
      </w:pPr>
      <w:r>
        <w:t>Rolle 4 – Buchdrucker Johann</w:t>
      </w:r>
    </w:p>
    <w:p>
      <w:r>
        <w:t>Wer bin ich?</w:t>
      </w:r>
    </w:p>
    <w:p>
      <w:r>
        <w:t>- Ich drucke Zeitungen und Flugblätter.</w:t>
      </w:r>
    </w:p>
    <w:p>
      <w:r>
        <w:t>- Ich kenne viele neue Ideen von Studenten und Bürgern.</w:t>
      </w:r>
    </w:p>
    <w:p/>
    <w:p>
      <w:r>
        <w:t>Was will ich?</w:t>
      </w:r>
    </w:p>
    <w:p>
      <w:r>
        <w:t>- Die Menschen sollen informiert sein.</w:t>
      </w:r>
    </w:p>
    <w:p>
      <w:r>
        <w:t>- Ich möchte freie Texte drucken.</w:t>
      </w:r>
    </w:p>
    <w:p/>
    <w:p>
      <w:r>
        <w:t>Wovor habe ich Angst?</w:t>
      </w:r>
    </w:p>
    <w:p>
      <w:r>
        <w:t>- Dass die Polizei meine Druckerei schließt.</w:t>
      </w:r>
    </w:p>
    <w:p>
      <w:r>
        <w:t>- Dass ich ins Gefängnis komme.</w:t>
      </w:r>
    </w:p>
    <w:p/>
    <w:p>
      <w:r>
        <w:t>Gefühle: Hoffnung – Angst – Wut – Mut</w:t>
      </w:r>
    </w:p>
    <w:p/>
    <w:p>
      <w:r>
        <w:t>Satzanfänge:</w:t>
      </w:r>
    </w:p>
    <w:p>
      <w:r>
        <w:t>- „Ich möchte, dass die Leute die Wahrheit erfahren, nämlich …“</w:t>
      </w:r>
    </w:p>
    <w:p>
      <w:r>
        <w:t>- „Wenn ich diesen Text drucke, könnte … passieren.“</w:t>
      </w:r>
    </w:p>
    <w:p>
      <w:r>
        <w:t>- „Trotzdem drucke ich das, denn …“</w:t>
      </w:r>
    </w:p>
    <w:p>
      <w:r>
        <w:br w:type="page"/>
      </w:r>
    </w:p>
    <w:p>
      <w:pPr>
        <w:pStyle w:val="Heading2"/>
      </w:pPr>
      <w:r>
        <w:t>Rolle 5 – Bürgerin Anna auf dem Hambacher Fest</w:t>
      </w:r>
    </w:p>
    <w:p>
      <w:r>
        <w:t>Wer bin ich?</w:t>
      </w:r>
    </w:p>
    <w:p>
      <w:r>
        <w:t>- Ich bin Bürgerin aus einer Stadt.</w:t>
      </w:r>
    </w:p>
    <w:p>
      <w:r>
        <w:t>- Ich bin zum Hambacher Fest gereist.</w:t>
      </w:r>
    </w:p>
    <w:p>
      <w:r>
        <w:t>- Ich trage eine schwarz-rot-goldene Fahne.</w:t>
      </w:r>
    </w:p>
    <w:p/>
    <w:p>
      <w:r>
        <w:t>Was will ich?</w:t>
      </w:r>
    </w:p>
    <w:p>
      <w:r>
        <w:t>- Freiheit und gleiche Rechte.</w:t>
      </w:r>
    </w:p>
    <w:p>
      <w:r>
        <w:t>- Einen deutschen Nationalstaat.</w:t>
      </w:r>
    </w:p>
    <w:p/>
    <w:p>
      <w:r>
        <w:t>Wovor habe ich Angst?</w:t>
      </w:r>
    </w:p>
    <w:p>
      <w:r>
        <w:t>- Dass die Fürsten das Fest als Aufstand sehen.</w:t>
      </w:r>
    </w:p>
    <w:p>
      <w:r>
        <w:t>- Vor Verhaftungen.</w:t>
      </w:r>
    </w:p>
    <w:p/>
    <w:p>
      <w:r>
        <w:t>Gefühle: Hoffnung – Freude – Angst – Mut – Stolz</w:t>
      </w:r>
    </w:p>
    <w:p/>
    <w:p>
      <w:r>
        <w:t>Satzanfänge:</w:t>
      </w:r>
    </w:p>
    <w:p>
      <w:r>
        <w:t>- „Ich bin zum Hambacher Fest gekommen, weil …“</w:t>
      </w:r>
    </w:p>
    <w:p>
      <w:r>
        <w:t>- „Wenn ich die Fahnen sehe, dann fühle ich …“</w:t>
      </w:r>
    </w:p>
    <w:p>
      <w:r>
        <w:t>- „Ich wünsche mir für meine Kinder, dass …“</w:t>
      </w:r>
    </w:p>
    <w:p>
      <w:r>
        <w:br w:type="page"/>
      </w:r>
    </w:p>
    <w:p>
      <w:pPr>
        <w:pStyle w:val="Heading2"/>
      </w:pPr>
      <w:r>
        <w:t>Rolle 6 – Leyla (heutige Schülerin auf einer Demo)</w:t>
      </w:r>
    </w:p>
    <w:p>
      <w:r>
        <w:t>Wer bin ich?</w:t>
      </w:r>
    </w:p>
    <w:p>
      <w:r>
        <w:t>- Ich bin Schülerin in der 9. Klasse.</w:t>
      </w:r>
    </w:p>
    <w:p>
      <w:r>
        <w:t>- Ich gehe heute auf eine Demonstration (z. B. fürs Klima oder gegen Rassismus).</w:t>
      </w:r>
    </w:p>
    <w:p/>
    <w:p>
      <w:r>
        <w:t>Was will ich?</w:t>
      </w:r>
    </w:p>
    <w:p>
      <w:r>
        <w:t>- Dass Politiker auf junge Menschen hören.</w:t>
      </w:r>
    </w:p>
    <w:p>
      <w:r>
        <w:t>- Gerechtigkeit und Schutz der Zukunft.</w:t>
      </w:r>
    </w:p>
    <w:p/>
    <w:p>
      <w:r>
        <w:t>Wovor habe ich Angst?</w:t>
      </w:r>
    </w:p>
    <w:p>
      <w:r>
        <w:t>- Dass sich nichts ändert, obwohl wir demonstrieren.</w:t>
      </w:r>
    </w:p>
    <w:p>
      <w:r>
        <w:t>- Vor Hass im Internet.</w:t>
      </w:r>
    </w:p>
    <w:p/>
    <w:p>
      <w:r>
        <w:t>Gefühle: Mut – Hoffnung – Unsicherheit – Wut – Entschlossenheit</w:t>
      </w:r>
    </w:p>
    <w:p/>
    <w:p>
      <w:r>
        <w:t>Satzanfänge:</w:t>
      </w:r>
    </w:p>
    <w:p>
      <w:r>
        <w:t>- „Ich gehe heute auf die Demo, weil …“</w:t>
      </w:r>
    </w:p>
    <w:p>
      <w:r>
        <w:t>- „Ich bin froh, dass ich meine Meinung sagen darf, denn …“</w:t>
      </w:r>
    </w:p>
    <w:p>
      <w:r>
        <w:t>- „Ich wünsche mir, dass Erwachsene endlich …“</w:t>
      </w:r>
    </w:p>
    <w:p>
      <w:r>
        <w:br w:type="page"/>
      </w:r>
    </w:p>
    <w:p>
      <w:pPr>
        <w:pStyle w:val="Heading2"/>
      </w:pPr>
      <w:r>
        <w:t>Rolle 7 – Journalistin Frau König</w:t>
      </w:r>
    </w:p>
    <w:p>
      <w:r>
        <w:t>Wer bin ich?</w:t>
      </w:r>
    </w:p>
    <w:p>
      <w:r>
        <w:t>- Ich bin Journalistin und berichte über Proteste.</w:t>
      </w:r>
    </w:p>
    <w:p>
      <w:r>
        <w:t>- Ich stelle vielen Menschen Fragen.</w:t>
      </w:r>
    </w:p>
    <w:p/>
    <w:p>
      <w:r>
        <w:t>Was will ich?</w:t>
      </w:r>
    </w:p>
    <w:p>
      <w:r>
        <w:t>- Ehrlich berichten.</w:t>
      </w:r>
    </w:p>
    <w:p>
      <w:r>
        <w:t>- Verschiedene Meinungen hören.</w:t>
      </w:r>
    </w:p>
    <w:p/>
    <w:p>
      <w:r>
        <w:t>Fragen, die ich stellen kann:</w:t>
      </w:r>
    </w:p>
    <w:p>
      <w:r>
        <w:t>- „Warum sind Sie heute hier?“</w:t>
      </w:r>
    </w:p>
    <w:p>
      <w:r>
        <w:t>- „Wovor haben Sie Angst?“</w:t>
      </w:r>
    </w:p>
    <w:p>
      <w:r>
        <w:t>- „Was wünschen Sie sich für die Zukunft?“</w:t>
      </w:r>
    </w:p>
    <w:p/>
    <w:p>
      <w:r>
        <w:t>Gefühle: Neugier – Interesse – Sorge</w:t>
      </w:r>
    </w:p>
    <w:p/>
    <w:p>
      <w:r>
        <w:t>Satzanfänge:</w:t>
      </w:r>
    </w:p>
    <w:p>
      <w:r>
        <w:t>- „Ich bin Journalistin und ich möchte wissen, …“</w:t>
      </w:r>
    </w:p>
    <w:p>
      <w:r>
        <w:t>- „Können Sie mir erklären, warum …?“</w:t>
      </w:r>
    </w:p>
    <w:p>
      <w:r>
        <w:br w:type="page"/>
      </w:r>
    </w:p>
    <w:p>
      <w:pPr>
        <w:pStyle w:val="Heading2"/>
      </w:pPr>
      <w:r>
        <w:t>Rolle 8 – Geheimer Spitzel</w:t>
      </w:r>
    </w:p>
    <w:p>
      <w:r>
        <w:t>Wer bin ich?</w:t>
      </w:r>
    </w:p>
    <w:p>
      <w:r>
        <w:t>- Ich arbeite heimlich für die Fürsten.</w:t>
      </w:r>
    </w:p>
    <w:p>
      <w:r>
        <w:t>- Ich gehe zu Treffen von Studenten und Bürgern und höre zu.</w:t>
      </w:r>
    </w:p>
    <w:p/>
    <w:p>
      <w:r>
        <w:t>Was will ich?</w:t>
      </w:r>
    </w:p>
    <w:p>
      <w:r>
        <w:t>- Geld und Schutz vom Fürsten.</w:t>
      </w:r>
    </w:p>
    <w:p>
      <w:r>
        <w:t>- Aufstände früh erkennen.</w:t>
      </w:r>
    </w:p>
    <w:p/>
    <w:p>
      <w:r>
        <w:t>Wovor habe ich Angst?</w:t>
      </w:r>
    </w:p>
    <w:p>
      <w:r>
        <w:t>- Dass jemand merkt, dass ich Spitzel bin.</w:t>
      </w:r>
    </w:p>
    <w:p>
      <w:r>
        <w:t>- Dass die Studenten mich hassen.</w:t>
      </w:r>
    </w:p>
    <w:p/>
    <w:p>
      <w:r>
        <w:t>Gefühle: Angst – Schuldgefühle – Misstrauen – Unsicherheit</w:t>
      </w:r>
    </w:p>
    <w:p/>
    <w:p>
      <w:r>
        <w:t>Satzanfänge:</w:t>
      </w:r>
    </w:p>
    <w:p>
      <w:r>
        <w:t>- „Ich muss gut zuhören, denn …“</w:t>
      </w:r>
    </w:p>
    <w:p>
      <w:r>
        <w:t>- „Wenn sie merken, was ich tue, dann …“</w:t>
      </w:r>
    </w:p>
    <w:p>
      <w:r>
        <w:t>- „Ich berichte dem Fürsten, dass …“</w:t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